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регистрирующего налогового органа]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собственника помещения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по месту жительства]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Гарантийное письмо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предоставлении адреса для государственной регистрации юридического лица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являюсь собственником нежилого помещения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расположенного по адресу: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[полный адрес помещения в соответствии с ФИАС, включая номер помещения (офиса)]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«Помещение»).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Настоящим письмом гарантирую предоставление Помещения создаваемому обществу с ограниченной ответственностью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[наименование создаваемого общества]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«Общество») для размещения его единоличного исполнительного органа и использования адреса Помещения в качестве адреса юридического лица в Едином государственном реестре юридических лиц.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 государственной регистрации Общества обязуюсь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заключить с Обществом договор аренды части Помещения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 на срок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[срок аренды]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ежемесячной арендной платой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Подтверждаю, что: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даю согласие на указание адреса Помещения в качестве адреса Общества в Едином государственном реестре юридических лиц;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Помещении будет находиться единоличный исполнительный орган Общества — генеральный директор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будущего генерального директора]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Общество будет иметь доступ в Помещение и сможет получать по этому адресу почтовую корреспонденцию;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права третьих лиц не препятствуют предоставлению Помещения Обществу.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Готов(а) подтвердить сведения, указанные в настоящем письме, по запросу регистрирующего органа, в том числе по телефону или при осмотре Помещения.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копия выписки из Единого государственного реестра недвижимости на Помещение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Собственник помещения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 собственника о предоставлении юридического адреса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