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отделения судебных приставов]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территориального органа ФССП России]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отделения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пристава]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должника: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гражданство: Российская Федерация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Исполнительное производство: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сохранении заработной платы и иных доходов в размере прожиточного минимума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исполнении в вашем отделении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возбуждённое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исполнительного документа, номер, дата, 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взыскании с меня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или ФИО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работаю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Мой ежемесячный доход после удержания налога составляет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других регулярных доходов я не имею. Заработная плата перечисляется на мой счёт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рамках исполнительного производства обращено взыскание на денежные средства на моих счетах. Банк списывает все поступления, включая заработную плату, и средств к существованию у меня не остаётся. Прожиточный минимум трудоспособного населения в целом по Российской Федерации на 2026 год составляет 20 644 рубля в месяц.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5.1 статьи 69 Федерального закона от 02.10.2007 № 229-ФЗ «Об исполнительном производстве» (далее — Закон) должник-гражданин вправе обратиться в подразделение судебных приставов с заявлением о сохранении заработной платы и иных доходов ежемесячно в размере прожиточного минимума трудоспособного населения в целом по Российской Федерации (прожиточного минимума, установленного в субъекте Российской Федерации по месту жительства должника для соответствующей социально-демографической группы населения, если он выше). При наличии такого требования в постановлении судебного пристава-исполнителя удержание производится с его соблюдением (часть 1.1 статьи 99 Закона), а банк не обращает взыскание на эту сумму (часть 5.3 статьи 70 Закона). Абзац восьмой части 1 статьи 446 Гражданского процессуального кодекса Российской Федерации запрещает обращать взыскание на доходы должника-гражданина в размере прожиточного минимума.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части 5.1 статьи 69, части 1.1 статьи 99, статьи 64.1 Закона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Сохранять мне заработную плату и иные доходы ежемесячно в размере прожиточного минимума трудоспособного населения в целом по Российской Федерации, а если прожиточный минимум, установленный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для моей социально-демографической группы, выше, то в размере этого прожиточного минимума.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Вынести постановление о сохранении заработной платы и иных доходов в размере прожиточного минимума на счёте, указанном ниже, и направить его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обращении взыскания на заработную плату через работодателя установить размер удержания так, чтобы после удержания у меня оставалась сумма не ниже прожиточного минимума.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Копию постановления по результатам рассмотрения заявления направить мне в личный кабинет на Едином портале государственных и муниципальных услуг и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Счёт, на котором необходимо сохранять прожиточный минимум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Реквизит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Владелец счёта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счёта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 из 20 цифр]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Банк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банка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банка или обслуживающего отделения]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БИК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 банка]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о доходах за последние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по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банка с реквизитами счёта.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Прожиточный минимум сохраняется только на одном счёте: укажите тот, на который приходит зарплата или пенсия. По долгам по алиментам, возмещению вреда здоровью и ущерба от преступления это правило не действует.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должника судебному приставу о сохранении заработной платы и иных доходов в размере прожиточного минимума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