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или 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или 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Цена иска: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после уточнения]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доплачено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доплаты]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уточнении (увеличении) исковых требований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суда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моему иску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взыскании задолженности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[наименование, дата и 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неустойки. Исковое заявление подано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подачи иска]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цена иска составляла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[первоначальная цена иска]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 подачи иска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[обстоятельство, в связи с которым изменяется размер требований, например ответчик долг не погасил и период просрочки увеличился]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В связи с этим размер исковых требований подлежит увеличению. Предмет и основание иска не изменяются.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Расчёт требований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расчёта]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2061"/>
        <w:gridCol w:w="3012"/>
        <w:gridCol w:w="4281"/>
      </w:tblGrid>
      <w:tr>
        <w:trPr>
          <w:cantSplit/>
        </w:trPr>
        <w:tc>
          <w:tcPr>
            <w:tcW w:type="dxa" w:w="206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Требование</w:t>
            </w:r>
          </w:p>
        </w:tc>
        <w:tc>
          <w:tcPr>
            <w:tcW w:type="dxa" w:w="30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 по иску, руб.</w:t>
            </w:r>
          </w:p>
        </w:tc>
        <w:tc>
          <w:tcPr>
            <w:tcW w:type="dxa" w:w="42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 после уточнения, руб.</w:t>
            </w:r>
          </w:p>
        </w:tc>
      </w:tr>
      <w:tr>
        <w:trPr>
          <w:cantSplit/>
        </w:trPr>
        <w:tc>
          <w:tcPr>
            <w:tcW w:type="dxa" w:w="206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Основной долг</w:t>
            </w:r>
          </w:p>
        </w:tc>
        <w:tc>
          <w:tcPr>
            <w:tcW w:type="dxa" w:w="30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42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206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Неустойка</w:t>
            </w:r>
          </w:p>
        </w:tc>
        <w:tc>
          <w:tcPr>
            <w:tcW w:type="dxa" w:w="30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42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206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301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428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Подробный расчёт прилагается к настоящему заявлению.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соответствии с частью 1 статьи 39 Гражданского процессуального кодекса Российской Федерации (далее — ГПК РФ) истец вправе увеличить или уменьшить размер исковых требований. Государственная пошлина доплачена исходя из увеличенной цены иска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доплаты]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(подпункт 10 пункта 1 статьи 333.20 Налогового кодекса Российской Федерации, часть 2 статьи 92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39 и 92 ГПК РФ,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[статьи материального закона, на которых основан иск, например статьи 309, 330, 810 Гражданского кодекса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Принять увеличение размера исковых требований.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Изложить исковые требования в следующей редакции. 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основной долг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[наименование, дата и 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неустойку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[ставка неустойки по договору]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каждый день просрочки, начисляемую на сумму основного долга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начиная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[дата, следующая за датой расчёта]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день фактического исполнения обязательства;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расходы по уплате государственной пошлины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[общая сумма уплаченной пошлины]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Расчёт исковых требований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расчёта]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 об уплате государственной пошлины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доплаты]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[доказательства новых обстоятельств, например выписка по счёту или акт сверки]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Документы, подтверждающие направление копии заявления с приложениями ответчику и другим лицам, участвующим в деле.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доверенности представителя (если заявление подписывает представитель).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Требования излагаются в полной новой редакции: суд рассмотрит только то, что указано в последнем заявлении.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уточнении (увеличении) исковых требований по гражданскому делу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