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(ответчик по делу):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 (истец по делу):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или юридический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[ИНН, ОГРН или паспортные данные,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повороте исполнения решения суда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этого решения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в отношении меня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ходе исполнительного производства с меня взыскано в пользу истца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109"/>
        <w:gridCol w:w="2854"/>
        <w:gridCol w:w="3646"/>
        <w:gridCol w:w="1744"/>
      </w:tblGrid>
      <w:tr>
        <w:trPr>
          <w:cantSplit/>
        </w:trPr>
        <w:tc>
          <w:tcPr>
            <w:tcW w:type="dxa" w:w="11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Способ взыскания</w:t>
            </w:r>
          </w:p>
        </w:tc>
        <w:tc>
          <w:tcPr>
            <w:tcW w:type="dxa" w:w="36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Подтверждающий документ</w:t>
            </w:r>
          </w:p>
        </w:tc>
        <w:tc>
          <w:tcPr>
            <w:tcW w:type="dxa" w:w="1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1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[способ взыскания]</w:t>
            </w:r>
          </w:p>
        </w:tc>
        <w:tc>
          <w:tcPr>
            <w:tcW w:type="dxa" w:w="36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[документ]</w:t>
            </w:r>
          </w:p>
        </w:tc>
        <w:tc>
          <w:tcPr>
            <w:tcW w:type="dxa" w:w="1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1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[способ взыскания]</w:t>
            </w:r>
          </w:p>
        </w:tc>
        <w:tc>
          <w:tcPr>
            <w:tcW w:type="dxa" w:w="36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[документ]</w:t>
            </w:r>
          </w:p>
        </w:tc>
        <w:tc>
          <w:tcPr>
            <w:tcW w:type="dxa" w:w="174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1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64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4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отменившего решение]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отменено,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принят новый судебный акт: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которым 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отказано полностью. Судебный акт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Вопрос о повороте исполнения решения суда при новом рассмотрении дела не разрешен.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статьей 443 Гражданского процессуального кодекса Российской Федерации (далее — ГПК РФ) в случае отмены решения суда, приведенного в исполнение, и принятия после нового рассмотрения дела решения суда об отказе в иске ответчику должно быть возвращено все то, что было с него взыскано в пользу истца по отмененному решению суда.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суд, вновь рассматривавший дело, или суд вышестоящей инстанции не разрешил вопрос о повороте исполнения, ответчик вправе подать заявление о повороте исполнения в суд первой инстанции (часть 2 статьи 444, часть 2 статьи 445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Ограничения, установленные частью 3 статьи 445 ГПК РФ, к данному делу не применяются: спор не связан с взысканием алиментов, заработной платы, возмещением вреда здоровью или вознаграждением за результаты интеллектуальной деятельности.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443–445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поворот исполнения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взысканных с меня по отмененному решению.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исполнительный лист на взыскание указанной суммы после вступления определения в законную силу.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судебного акта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которым решение отменено.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нового судебного акта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отказе в иске с отметкой о вступлении в законную силу.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взысканные суммы: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документов о списании и удержаниях]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направление копии заявления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Госпошлина за это заявление не уплачивается. Если поворот нужен после отмены судебного приказа, адресуйте заявление мировому судье, вынесшему приказ, и подайте его до того, как взыскатель обратится с иском (п. 35 постановления Пленума ВС РФ от 27.12.2016 № 62).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повороте исполнения решения суда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