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судебного пристава-исполнителя]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или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должника]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Исполнительное производство №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окончании исполнительного производства и возвращении исполнительного листа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возбужденное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взыскания и 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являюсь взыскателем по указанному исполнительному производству и отзываю исполнительный лист с исполнения.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пунктом 10 части 1 статьи 47 Федерального закона от 02.10.2007 № 229-ФЗ «Об исполнительном производстве» исполнительное производство оканчивается судебным приставом-исполнителем в случае подачи взыскателем заявления об окончании исполнительного производства. При окончании исполнительного производства по этому основанию подлинник исполнительного документа возвращается взыскателю (часть 2 статьи 47 указанного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47 и 64.1 Федерального закона «Об исполнительном производстве»,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Окончить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пункта 10 части 1 статьи 47 Федерального закона «Об исполнительном производстве».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Возвратить мне подлинник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отметками о периоде нахождения на исполнении и о сумме взыскания, если оно производилось.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Направить мне копию постановления об окончании исполнительного производства по адресу электронной почты: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Подлинник исполнительного листа прошу направить мне заказным письмом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взыскателя.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 возбуждении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(при наличии).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Время, пока лист находился на исполнении, вычитается из срока его предъявления (часть 3.1 статьи 22 закона № 229-ФЗ). Перед отзывом проверьте, сколько срока останется для повторной подачи.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об отзыве исполнительного листа у судебных приставов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