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заливе жилого помещения (о причинении ущерба имуществу)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составления]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Время составления акта: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[часы:минуты]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Обращение в аварийно-диспетчерскую службу зарегистрировано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[часы:минуты]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номер заявки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Сведения о помещении и составе комиссии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пострадавшего помещения: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[индекс, город, улица, дом, корпус]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квартира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этаж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[этаж]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Собственник (наниматель) помещения: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Многоквартирный дом находится в управлении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управляющей организации или ТСЖ, 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Акт составлен комиссией в составе: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704"/>
        <w:gridCol w:w="2222"/>
        <w:gridCol w:w="3427"/>
      </w:tblGrid>
      <w:tr>
        <w:trPr>
          <w:cantSplit/>
        </w:trPr>
        <w:tc>
          <w:tcPr>
            <w:tcW w:type="dxa" w:w="37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Роль</w:t>
            </w:r>
          </w:p>
        </w:tc>
        <w:tc>
          <w:tcPr>
            <w:tcW w:type="dxa" w:w="222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ФИО</w:t>
            </w:r>
          </w:p>
        </w:tc>
        <w:tc>
          <w:tcPr>
            <w:tcW w:type="dxa" w:w="34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Должность / статус</w:t>
            </w:r>
          </w:p>
        </w:tc>
      </w:tr>
      <w:tr>
        <w:trPr>
          <w:cantSplit/>
        </w:trPr>
        <w:tc>
          <w:tcPr>
            <w:tcW w:type="dxa" w:w="37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Представитель управляющей организации</w:t>
            </w:r>
          </w:p>
        </w:tc>
        <w:tc>
          <w:tcPr>
            <w:tcW w:type="dxa" w:w="222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[Фамилия, имя, отчество]</w:t>
            </w:r>
          </w:p>
        </w:tc>
        <w:tc>
          <w:tcPr>
            <w:tcW w:type="dxa" w:w="34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</w:tc>
      </w:tr>
      <w:tr>
        <w:trPr>
          <w:cantSplit/>
        </w:trPr>
        <w:tc>
          <w:tcPr>
            <w:tcW w:type="dxa" w:w="37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Представитель управляющей организации</w:t>
            </w:r>
          </w:p>
        </w:tc>
        <w:tc>
          <w:tcPr>
            <w:tcW w:type="dxa" w:w="222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[Фамилия, имя, отчество]</w:t>
            </w:r>
          </w:p>
        </w:tc>
        <w:tc>
          <w:tcPr>
            <w:tcW w:type="dxa" w:w="34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[должность, например, мастер участка]</w:t>
            </w:r>
          </w:p>
        </w:tc>
      </w:tr>
      <w:tr>
        <w:trPr>
          <w:cantSplit/>
        </w:trPr>
        <w:tc>
          <w:tcPr>
            <w:tcW w:type="dxa" w:w="37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Собственник пострадавшего помещения</w:t>
            </w:r>
          </w:p>
        </w:tc>
        <w:tc>
          <w:tcPr>
            <w:tcW w:type="dxa" w:w="222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[Фамилия, имя, отчество]</w:t>
            </w:r>
          </w:p>
        </w:tc>
        <w:tc>
          <w:tcPr>
            <w:tcW w:type="dxa" w:w="34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собственник кв.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37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Собственник (житель) квартиры, из которой произошёл залив</w:t>
            </w:r>
          </w:p>
        </w:tc>
        <w:tc>
          <w:tcPr>
            <w:tcW w:type="dxa" w:w="222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[Фамилия, имя, отчество]</w:t>
            </w:r>
          </w:p>
        </w:tc>
        <w:tc>
          <w:tcPr>
            <w:tcW w:type="dxa" w:w="34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собственник кв.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370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Незаинтересованное лицо</w:t>
            </w:r>
          </w:p>
        </w:tc>
        <w:tc>
          <w:tcPr>
            <w:tcW w:type="dxa" w:w="222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[Фамилия, имя, отчество]</w:t>
            </w:r>
          </w:p>
        </w:tc>
        <w:tc>
          <w:tcPr>
            <w:tcW w:type="dxa" w:w="342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житель кв.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Обстоятельства залива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время залива: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около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[часы:минуты]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Залив обнаружен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при каких обстоятельствах]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Источник залива: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[откуда поступала вода, например: квартира № 45 на 6-м этаже]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Причина залива, установленная комиссией: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[конкретная причина, например: разрыв подводки холодного водоснабжения к смесителю на кухне в кв. № 45 после запорного крана]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Место аварии расположено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[где именно, например: на стояке горячего водоснабжения до первого отключающего устройства]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относится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[общему имуществу многоквартирного дома или оборудованию конкретной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Принятые меры: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[что сделано, например: перекрыт стояк, заменён участок трубы, отключено электроснабжение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Описание повреждений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осмотре помещения установлены следующие повреждения: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623"/>
        <w:gridCol w:w="1603"/>
        <w:gridCol w:w="3563"/>
        <w:gridCol w:w="3563"/>
      </w:tblGrid>
      <w:tr>
        <w:trPr>
          <w:cantSplit/>
        </w:trPr>
        <w:tc>
          <w:tcPr>
            <w:tcW w:type="dxa" w:w="62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160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Помещение</w:t>
            </w:r>
          </w:p>
        </w:tc>
        <w:tc>
          <w:tcPr>
            <w:tcW w:type="dxa" w:w="35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Элемент отделки или имущество</w:t>
            </w:r>
          </w:p>
        </w:tc>
        <w:tc>
          <w:tcPr>
            <w:tcW w:type="dxa" w:w="35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Характер и площадь повреждения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160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[кухня, площадь]</w:t>
            </w:r>
          </w:p>
        </w:tc>
        <w:tc>
          <w:tcPr>
            <w:tcW w:type="dxa" w:w="35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Потолок: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[материал, например, водоэмульсионная окраска]</w:t>
            </w:r>
          </w:p>
        </w:tc>
        <w:tc>
          <w:tcPr>
            <w:tcW w:type="dxa" w:w="35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[жёлтые пятна, отслоение покрытия, площадь в кв. м]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160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[кухня]</w:t>
            </w:r>
          </w:p>
        </w:tc>
        <w:tc>
          <w:tcPr>
            <w:tcW w:type="dxa" w:w="35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Стены: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[материал, например, флизелиновые обои]</w:t>
            </w:r>
          </w:p>
        </w:tc>
        <w:tc>
          <w:tcPr>
            <w:tcW w:type="dxa" w:w="35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[намокание, отслоение полотен, площадь в кв. м]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160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[коридор, площадь]</w:t>
            </w:r>
          </w:p>
        </w:tc>
        <w:tc>
          <w:tcPr>
            <w:tcW w:type="dxa" w:w="35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Пол: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[материал, например, ламинат]</w:t>
            </w:r>
          </w:p>
        </w:tc>
        <w:tc>
          <w:tcPr>
            <w:tcW w:type="dxa" w:w="356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[вздутие стыков, площадь в кв. м]</w:t>
            </w:r>
          </w:p>
        </w:tc>
      </w:tr>
      <w:tr>
        <w:trPr>
          <w:cantSplit/>
        </w:trPr>
        <w:tc>
          <w:tcPr>
            <w:tcW w:type="dxa" w:w="62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4</w:t>
            </w:r>
          </w:p>
        </w:tc>
        <w:tc>
          <w:tcPr>
            <w:tcW w:type="dxa" w:w="160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[комната]</w:t>
            </w:r>
          </w:p>
        </w:tc>
        <w:tc>
          <w:tcPr>
            <w:tcW w:type="dxa" w:w="35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Двери, мебель, техника: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</w:tc>
        <w:tc>
          <w:tcPr>
            <w:tcW w:type="dxa" w:w="356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[разбухание, деформация, не включается]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Состояние помещения на момент осмотра: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[например: в помещении сырость, с потолка капает вода, электроснабжение отключено]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 время осмотра проводилась фото- и видеосъёмка, файлы хранятся 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Заключение комиссии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Залив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произошёл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причине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причина]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Ответственность за состояние участка инженерной системы, на котором произошла авария, несёт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[кто: управляющая организация или собственник квартиры с указанием номера]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Объём повреждений указан в разделе 3 акта. Размер ущерба подлежит определению по смете или отчёту оценщика (эксперта).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Особые мнения и замечания членов комиссии: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[замечания или «нет»]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Акт составлен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экземплярах, имеющих равную силу: по одному для управляющей организации, собственника пострадавшего помещения и собственника помещения, из которого произошёл залив.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Приложения: фотографии повреждений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листах.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Акт составляется не позднее 12 часов с момента обращения в аварийно-диспетчерскую службу (п. 152 Правил № 354). Если представитель организации не явился или отказался подписывать, составьте акт с двумя незаинтересованными соседями и отметьте отказ в разделе 4.3.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Подписи членов комиссии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5756"/>
        <w:gridCol w:w="1439"/>
        <w:gridCol w:w="2158"/>
      </w:tblGrid>
      <w:tr>
        <w:trPr>
          <w:cantSplit/>
        </w:trPr>
        <w:tc>
          <w:tcPr>
            <w:tcW w:type="dxa" w:w="575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Член комиссии</w:t>
            </w:r>
          </w:p>
        </w:tc>
        <w:tc>
          <w:tcPr>
            <w:tcW w:type="dxa" w:w="14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21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ФИО</w:t>
            </w:r>
          </w:p>
        </w:tc>
      </w:tr>
      <w:tr>
        <w:trPr>
          <w:cantSplit/>
        </w:trPr>
        <w:tc>
          <w:tcPr>
            <w:tcW w:type="dxa" w:w="575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Представитель управляющей организации</w:t>
            </w:r>
          </w:p>
        </w:tc>
        <w:tc>
          <w:tcPr>
            <w:tcW w:type="dxa" w:w="14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</w:t>
            </w:r>
          </w:p>
        </w:tc>
        <w:tc>
          <w:tcPr>
            <w:tcW w:type="dxa" w:w="21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</w:p>
        </w:tc>
      </w:tr>
      <w:tr>
        <w:trPr>
          <w:cantSplit/>
        </w:trPr>
        <w:tc>
          <w:tcPr>
            <w:tcW w:type="dxa" w:w="575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Представитель управляющей организации</w:t>
            </w:r>
          </w:p>
        </w:tc>
        <w:tc>
          <w:tcPr>
            <w:tcW w:type="dxa" w:w="14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</w:t>
            </w:r>
          </w:p>
        </w:tc>
        <w:tc>
          <w:tcPr>
            <w:tcW w:type="dxa" w:w="21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</w:p>
        </w:tc>
      </w:tr>
      <w:tr>
        <w:trPr>
          <w:cantSplit/>
        </w:trPr>
        <w:tc>
          <w:tcPr>
            <w:tcW w:type="dxa" w:w="575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Собственник кв.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(пострадавшей)</w:t>
            </w:r>
          </w:p>
        </w:tc>
        <w:tc>
          <w:tcPr>
            <w:tcW w:type="dxa" w:w="14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</w:t>
            </w:r>
          </w:p>
        </w:tc>
        <w:tc>
          <w:tcPr>
            <w:tcW w:type="dxa" w:w="21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</w:p>
        </w:tc>
      </w:tr>
      <w:tr>
        <w:trPr>
          <w:cantSplit/>
        </w:trPr>
        <w:tc>
          <w:tcPr>
            <w:tcW w:type="dxa" w:w="575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Собственник кв.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(источник залива)</w:t>
            </w:r>
          </w:p>
        </w:tc>
        <w:tc>
          <w:tcPr>
            <w:tcW w:type="dxa" w:w="14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</w:t>
            </w:r>
          </w:p>
        </w:tc>
        <w:tc>
          <w:tcPr>
            <w:tcW w:type="dxa" w:w="21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</w:p>
        </w:tc>
      </w:tr>
      <w:tr>
        <w:trPr>
          <w:cantSplit/>
        </w:trPr>
        <w:tc>
          <w:tcPr>
            <w:tcW w:type="dxa" w:w="575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Незаинтересованное лицо</w:t>
            </w:r>
          </w:p>
        </w:tc>
        <w:tc>
          <w:tcPr>
            <w:tcW w:type="dxa" w:w="143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</w:t>
            </w:r>
          </w:p>
        </w:tc>
        <w:tc>
          <w:tcPr>
            <w:tcW w:type="dxa" w:w="215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Экземпляр акта получил(а): 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заливе квартиры (жилого помещения)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