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автосервиса, например, ООО «Автомастер»]</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исполнителя]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исполнителя по ЕГРЮЛ или ЕГРИП]</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для почтовой корреспонденции]</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Эл. почта: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недостатках ремонта автомобиля</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заключения договора]</w:t>
      </w:r>
      <w:r>
        <w:rPr>
          <w:rFonts w:ascii="Times New Roman" w:hAnsi="Times New Roman" w:eastAsia="Times New Roman"/>
          <w:b w:val="0"/>
          <w:i w:val="0"/>
          <w:color w:val="1A1A1A"/>
          <w:sz w:val="24"/>
        </w:rPr>
        <w:t xml:space="preserve"> г. я обратился(ась) в </w:t>
      </w:r>
      <w:r>
        <w:rPr>
          <w:rFonts w:ascii="Times New Roman" w:hAnsi="Times New Roman" w:eastAsia="Times New Roman"/>
          <w:b w:val="0"/>
          <w:i w:val="0"/>
          <w:color w:val="1A1A1A"/>
          <w:sz w:val="24"/>
        </w:rPr>
        <w:t>[наименование автосервиса]</w:t>
      </w:r>
      <w:r>
        <w:rPr>
          <w:rFonts w:ascii="Times New Roman" w:hAnsi="Times New Roman" w:eastAsia="Times New Roman"/>
          <w:b w:val="0"/>
          <w:i w:val="0"/>
          <w:color w:val="1A1A1A"/>
          <w:sz w:val="24"/>
        </w:rPr>
        <w:t xml:space="preserve"> (далее — Исполнитель) для ремонта принадлежащего мне автомобиля </w:t>
      </w:r>
      <w:r>
        <w:rPr>
          <w:rFonts w:ascii="Times New Roman" w:hAnsi="Times New Roman" w:eastAsia="Times New Roman"/>
          <w:b w:val="0"/>
          <w:i w:val="0"/>
          <w:color w:val="1A1A1A"/>
          <w:sz w:val="24"/>
        </w:rPr>
        <w:t>[марка, модель]</w:t>
      </w:r>
      <w:r>
        <w:rPr>
          <w:rFonts w:ascii="Times New Roman" w:hAnsi="Times New Roman" w:eastAsia="Times New Roman"/>
          <w:b w:val="0"/>
          <w:i w:val="0"/>
          <w:color w:val="1A1A1A"/>
          <w:sz w:val="24"/>
        </w:rPr>
        <w:t xml:space="preserve">, государственный регистрационный знак </w:t>
      </w:r>
      <w:r>
        <w:rPr>
          <w:rFonts w:ascii="Times New Roman" w:hAnsi="Times New Roman" w:eastAsia="Times New Roman"/>
          <w:b w:val="0"/>
          <w:i w:val="0"/>
          <w:color w:val="1A1A1A"/>
          <w:sz w:val="24"/>
        </w:rPr>
        <w:t>[госномер]</w:t>
      </w:r>
      <w:r>
        <w:rPr>
          <w:rFonts w:ascii="Times New Roman" w:hAnsi="Times New Roman" w:eastAsia="Times New Roman"/>
          <w:b w:val="0"/>
          <w:i w:val="0"/>
          <w:color w:val="1A1A1A"/>
          <w:sz w:val="24"/>
        </w:rPr>
        <w:t xml:space="preserve">, VIN </w:t>
      </w:r>
      <w:r>
        <w:rPr>
          <w:rFonts w:ascii="Times New Roman" w:hAnsi="Times New Roman" w:eastAsia="Times New Roman"/>
          <w:b w:val="0"/>
          <w:i w:val="0"/>
          <w:color w:val="1A1A1A"/>
          <w:sz w:val="24"/>
        </w:rPr>
        <w:t>[VIN-номер]</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[год выпуска]</w:t>
      </w:r>
      <w:r>
        <w:rPr>
          <w:rFonts w:ascii="Times New Roman" w:hAnsi="Times New Roman" w:eastAsia="Times New Roman"/>
          <w:b w:val="0"/>
          <w:i w:val="0"/>
          <w:color w:val="1A1A1A"/>
          <w:sz w:val="24"/>
        </w:rPr>
        <w:t xml:space="preserve"> года выпуска. Договор оформлен заказ-нарядом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По заказ-наряду Исполнитель выполнил следующие работы: </w:t>
      </w:r>
      <w:r>
        <w:rPr>
          <w:rFonts w:ascii="Times New Roman" w:hAnsi="Times New Roman" w:eastAsia="Times New Roman"/>
          <w:b w:val="0"/>
          <w:i w:val="0"/>
          <w:color w:val="1A1A1A"/>
          <w:sz w:val="24"/>
        </w:rPr>
        <w:t>[перечень работ, например: замена сцепления в сборе, замена выжимного подшипника]</w:t>
      </w:r>
      <w:r>
        <w:rPr>
          <w:rFonts w:ascii="Times New Roman" w:hAnsi="Times New Roman" w:eastAsia="Times New Roman"/>
          <w:b w:val="0"/>
          <w:i w:val="0"/>
          <w:color w:val="1A1A1A"/>
          <w:sz w:val="24"/>
        </w:rPr>
        <w:t xml:space="preserve">. Стоимость работ составила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стоимость запасных частей —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Всего оплачено </w:t>
      </w:r>
      <w:r>
        <w:rPr>
          <w:rFonts w:ascii="Times New Roman" w:hAnsi="Times New Roman" w:eastAsia="Times New Roman"/>
          <w:b w:val="0"/>
          <w:i w:val="0"/>
          <w:color w:val="1A1A1A"/>
          <w:sz w:val="24"/>
        </w:rPr>
        <w:t>[общая сумма]</w:t>
      </w:r>
      <w:r>
        <w:rPr>
          <w:rFonts w:ascii="Times New Roman" w:hAnsi="Times New Roman" w:eastAsia="Times New Roman"/>
          <w:b w:val="0"/>
          <w:i w:val="0"/>
          <w:color w:val="1A1A1A"/>
          <w:sz w:val="24"/>
        </w:rPr>
        <w:t xml:space="preserve"> рублей, что подтверждается кассовым чеком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На выполненные работы установлен гарантийный срок </w:t>
      </w:r>
      <w:r>
        <w:rPr>
          <w:rFonts w:ascii="Times New Roman" w:hAnsi="Times New Roman" w:eastAsia="Times New Roman"/>
          <w:b w:val="0"/>
          <w:i w:val="0"/>
          <w:color w:val="1A1A1A"/>
          <w:sz w:val="24"/>
        </w:rPr>
        <w:t>[срок гарантии]</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Автомобиль получен мной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акту приёма-передачи (акту выполненных работ). </w:t>
      </w:r>
      <w:r>
        <w:rPr>
          <w:rFonts w:ascii="Times New Roman" w:hAnsi="Times New Roman" w:eastAsia="Times New Roman"/>
          <w:b w:val="0"/>
          <w:i w:val="0"/>
          <w:color w:val="1A1A1A"/>
          <w:sz w:val="24"/>
        </w:rPr>
        <w:t>[Дата обнаружения]</w:t>
      </w:r>
      <w:r>
        <w:rPr>
          <w:rFonts w:ascii="Times New Roman" w:hAnsi="Times New Roman" w:eastAsia="Times New Roman"/>
          <w:b w:val="0"/>
          <w:i w:val="0"/>
          <w:color w:val="1A1A1A"/>
          <w:sz w:val="24"/>
        </w:rPr>
        <w:t xml:space="preserve"> г., то есть в пределах гарантийного срока, обнаружились недостатки выполненной работы: </w:t>
      </w:r>
      <w:r>
        <w:rPr>
          <w:rFonts w:ascii="Times New Roman" w:hAnsi="Times New Roman" w:eastAsia="Times New Roman"/>
          <w:b w:val="0"/>
          <w:i w:val="0"/>
          <w:color w:val="1A1A1A"/>
          <w:sz w:val="24"/>
        </w:rPr>
        <w:t>[подробное описание недостатков, например: пробуксовка сцепления при разгоне, посторонний шум при выжиме педали]</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Недостатки подтверждаются </w:t>
      </w:r>
      <w:r>
        <w:rPr>
          <w:rFonts w:ascii="Times New Roman" w:hAnsi="Times New Roman" w:eastAsia="Times New Roman"/>
          <w:b w:val="0"/>
          <w:i w:val="0"/>
          <w:color w:val="1A1A1A"/>
          <w:sz w:val="24"/>
        </w:rPr>
        <w:t>[документ: заказ-наряд на диагностику в другом сервисе от ___, заключение специалиста от ___, фото и видео]</w:t>
      </w:r>
      <w:r>
        <w:rPr>
          <w:rFonts w:ascii="Times New Roman" w:hAnsi="Times New Roman" w:eastAsia="Times New Roman"/>
          <w:b w:val="0"/>
          <w:i w:val="0"/>
          <w:color w:val="1A1A1A"/>
          <w:sz w:val="24"/>
        </w:rPr>
        <w:t>. Недостатки возникли из-за некачественного выполнения работ Исполнителем, правила эксплуатации автомобиля мной не нарушались.</w:t>
      </w:r>
    </w:p>
    <w:p>
      <w:pPr>
        <w:spacing w:before="0" w:after="120" w:line="276" w:lineRule="auto"/>
        <w:ind w:firstLine="709"/>
        <w:jc w:val="both"/>
      </w:pPr>
      <w:r>
        <w:rPr>
          <w:rFonts w:ascii="Times New Roman" w:hAnsi="Times New Roman" w:eastAsia="Times New Roman"/>
          <w:b w:val="0"/>
          <w:i w:val="0"/>
          <w:color w:val="1A1A1A"/>
          <w:sz w:val="24"/>
        </w:rPr>
        <w:t xml:space="preserve">В связи с недостатками я понёс(ла) расходы: </w:t>
      </w:r>
      <w:r>
        <w:rPr>
          <w:rFonts w:ascii="Times New Roman" w:hAnsi="Times New Roman" w:eastAsia="Times New Roman"/>
          <w:b w:val="0"/>
          <w:i w:val="0"/>
          <w:color w:val="1A1A1A"/>
          <w:sz w:val="24"/>
        </w:rPr>
        <w:t>[перечень, например: эвакуация автомобиля — 5 000 руб., диагностика — 2 500 руб.]</w:t>
      </w:r>
      <w:r>
        <w:rPr>
          <w:rFonts w:ascii="Times New Roman" w:hAnsi="Times New Roman" w:eastAsia="Times New Roman"/>
          <w:b w:val="0"/>
          <w:i w:val="0"/>
          <w:color w:val="1A1A1A"/>
          <w:sz w:val="24"/>
        </w:rPr>
        <w:t xml:space="preserve">, всего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spacing w:before="0" w:after="120" w:line="276" w:lineRule="auto"/>
        <w:ind w:firstLine="709"/>
        <w:jc w:val="both"/>
      </w:pPr>
      <w:r>
        <w:rPr>
          <w:rFonts w:ascii="Times New Roman" w:hAnsi="Times New Roman" w:eastAsia="Times New Roman"/>
          <w:b w:val="0"/>
          <w:i w:val="0"/>
          <w:color w:val="1A1A1A"/>
          <w:sz w:val="24"/>
        </w:rPr>
        <w:t>В соответствии со ст. 4, 29 Закона РФ от 07.02.1992 № 2300-1 «О защите прав потребителей» исполнитель обязан выполнить работу, качество которой соответствует договору, а при обнаружении недостатков потребитель вправе потребовать их безвозмездного устранения. По п. 4 ст. 29 этого Закона в пределах гарантийного срока исполнитель отвечает за недостатки, если не докажет, что они возникли после принятия работы вследствие нарушения потребителем правил использования, действий третьих лиц или непреодолимой силы. Убытки, причинённые недостатками работы, подлежат возмещению в полном объёме (п. 1 ст. 29 Закона, ст. 15 ГК РФ).</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Безвозмездно устранить недостатки выполненной работы по заказ-наряду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в срок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календарных дней со дня получения настоящей претензии, с использованием запасных частей надлежащего качества.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Возместить расходы, вызванные недостатками работы,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в течение 10 дней со дня получения претензии (ст. 31 Закона «О защите прав потребителей») по следующим реквизитам: </w:t>
      </w:r>
      <w:r>
        <w:rPr>
          <w:rFonts w:ascii="Times New Roman" w:hAnsi="Times New Roman" w:eastAsia="Times New Roman"/>
          <w:b w:val="0"/>
          <w:i w:val="0"/>
          <w:color w:val="1A1A1A"/>
          <w:sz w:val="24"/>
        </w:rPr>
        <w:t>[номер счёта, банк, БИК или номер карты]</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При несогласии с причиной недостатков провести проверку качества и экспертизу за свой счёт с моим участием. О дате, времени и месте проверки прошу сообщить заранее по телефону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или по электронной почте.</w:t>
      </w:r>
    </w:p>
    <w:p>
      <w:pPr>
        <w:spacing w:before="0" w:after="120" w:line="276" w:lineRule="auto"/>
        <w:ind w:firstLine="709"/>
        <w:jc w:val="both"/>
      </w:pPr>
      <w:r>
        <w:rPr>
          <w:rFonts w:ascii="Times New Roman" w:hAnsi="Times New Roman" w:eastAsia="Times New Roman"/>
          <w:b w:val="0"/>
          <w:i w:val="0"/>
          <w:color w:val="1A1A1A"/>
          <w:sz w:val="24"/>
        </w:rPr>
        <w:t>Если требования не будут удовлетворены в указанные сроки, я буду вправе отказаться от договора и потребовать возврата уплаченной суммы, а также обратиться в суд с иском о взыскании неустойки в размере 3 % цены работы за каждый день просрочки (п. 5 ст. 28, ст. 30, 31 Закона), компенсации морального вреда (ст. 15 Закона), штрафа в размере 50 % от присуждённой суммы (п. 6 ст. 13 Закона) и судебных расходов.</w:t>
      </w:r>
    </w:p>
    <w:p>
      <w:pPr>
        <w:spacing w:before="0" w:after="120" w:line="276" w:lineRule="auto"/>
        <w:ind w:firstLine="709"/>
        <w:jc w:val="both"/>
      </w:pPr>
      <w:r>
        <w:rPr>
          <w:rFonts w:ascii="Times New Roman" w:hAnsi="Times New Roman" w:eastAsia="Times New Roman"/>
          <w:b w:val="0"/>
          <w:i w:val="0"/>
          <w:color w:val="1A1A1A"/>
          <w:sz w:val="24"/>
        </w:rPr>
        <w:t>Ответ прошу направить по почтовому адресу или на адрес электронной почты, указанные в претензии.</w:t>
      </w:r>
    </w:p>
    <w:p>
      <w:pPr>
        <w:keepNext/>
        <w:spacing w:before="120" w:after="120" w:line="276" w:lineRule="auto"/>
        <w:jc w:val="left"/>
      </w:pPr>
      <w:r>
        <w:rPr>
          <w:rFonts w:ascii="Times New Roman" w:hAnsi="Times New Roman" w:eastAsia="Times New Roman"/>
          <w:b/>
          <w:i w:val="0"/>
          <w:color w:val="1A1A1A"/>
          <w:sz w:val="24"/>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заказ-наряда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акта приёма-передачи автомобиля (акта выполненных работ)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Копия кассового чека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Копия </w:t>
      </w:r>
      <w:r>
        <w:rPr>
          <w:rFonts w:ascii="Times New Roman" w:hAnsi="Times New Roman" w:eastAsia="Times New Roman"/>
          <w:b w:val="0"/>
          <w:i w:val="0"/>
          <w:color w:val="1A1A1A"/>
          <w:sz w:val="24"/>
        </w:rPr>
        <w:t>[документа, подтверждающего недостатки]</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 xml:space="preserve">Копии документов о расходах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Копия свидетельства о регистрации транспортного средства.</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Направьте претензию заказным письмом с описью вложения и уведомлением о вручении или вручите лично под отметку о принятии на вашем экземпляре. Сохраните квитанцию об отправке: с даты получения претензии считаются сроки для неустойки.</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автосервис о некачественном ремонте автомобиля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