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Мировому судье судебного участка №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судебного района]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судебного участка]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действующая в интересах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ребёнка, 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рождения, если известны]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ответчика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неустойки]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истец освобождён (подпункт 15 пункта 1 статьи 333.36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взыскании неустойки за несвоевременную уплату алиментов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Ответчика в мою пользу взысканы алименты на содержание нашего несовершеннолетнего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ребёнка, 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алиментов, указанный в решении или приказе]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ежемесячно,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 совершеннолетия ребёнка.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выданного судом исполнительного документа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знает о своей обязанности платить алименты, однако исполняет её ненадлежащим образом: платежи не поступали или поступали не в полном размере. Постановлением судебного пристава-исполнителя о расчёте задолженности по алиментам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задолженность Ответчика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определена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Задолженность образовалась по вине Ответчика. Он трудоспособен, инвалидности не имеет, о решении суда и возбуждении исполнительного производства знает. Уважительных причин, по которым он не мог платить алименты (тяжёлая болезнь, задержка выплаты заработной платы работодателем, ошибки банка или бухгалтерии), у Ответчика не было. Обратного он не доказывал и в службу судебных приставов не сообщал.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2 статьи 115 Семейного кодекса Российской Федерации (далее — СК РФ) при образовании задолженности по вине лица, обязанного уплачивать алименты по решению суда, виновное лицо уплачивает получателю алиментов неустойку в размере одной десятой процента от суммы невыплаченных алиментов за каждый день просрочки.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64 постановления Пленума Верховного Суда РФ от 26.12.2017 № 56 «О применении судами законодательства при рассмотрении дел, связанных со взысканием алиментов» неустойка рассчитывается отдельно по каждому просроченному ежемесячному платежу, исходя из суммы платежа и количества дней просрочки.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неустойки на дату подачи иска (по каждому месячному платежу: сумма долга × 0,1 % × количество дней просрочки):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954"/>
        <w:gridCol w:w="2373"/>
        <w:gridCol w:w="977"/>
        <w:gridCol w:w="977"/>
        <w:gridCol w:w="977"/>
        <w:gridCol w:w="2094"/>
      </w:tblGrid>
      <w:tr>
        <w:trPr>
          <w:cantSplit/>
        </w:trPr>
        <w:tc>
          <w:tcPr>
            <w:tcW w:type="dxa" w:w="19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Период (месяц)</w:t>
            </w:r>
          </w:p>
        </w:tc>
        <w:tc>
          <w:tcPr>
            <w:tcW w:type="dxa" w:w="23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 долга, руб.</w:t>
            </w:r>
          </w:p>
        </w:tc>
        <w:tc>
          <w:tcPr>
            <w:tcW w:type="dxa" w:w="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 даты</w:t>
            </w:r>
          </w:p>
        </w:tc>
        <w:tc>
          <w:tcPr>
            <w:tcW w:type="dxa" w:w="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 дату</w:t>
            </w:r>
          </w:p>
        </w:tc>
        <w:tc>
          <w:tcPr>
            <w:tcW w:type="dxa" w:w="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Дней</w:t>
            </w:r>
          </w:p>
        </w:tc>
        <w:tc>
          <w:tcPr>
            <w:tcW w:type="dxa" w:w="209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Неустойка, руб.</w:t>
            </w:r>
          </w:p>
        </w:tc>
      </w:tr>
      <w:tr>
        <w:trPr>
          <w:cantSplit/>
        </w:trPr>
        <w:tc>
          <w:tcPr>
            <w:tcW w:type="dxa" w:w="19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[месяц, год]</w:t>
            </w:r>
          </w:p>
        </w:tc>
        <w:tc>
          <w:tcPr>
            <w:tcW w:type="dxa" w:w="23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[дни]</w:t>
            </w:r>
          </w:p>
        </w:tc>
        <w:tc>
          <w:tcPr>
            <w:tcW w:type="dxa" w:w="209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9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[месяц, год]</w:t>
            </w:r>
          </w:p>
        </w:tc>
        <w:tc>
          <w:tcPr>
            <w:tcW w:type="dxa" w:w="23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[дни]</w:t>
            </w:r>
          </w:p>
        </w:tc>
        <w:tc>
          <w:tcPr>
            <w:tcW w:type="dxa" w:w="209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9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[месяц, год]</w:t>
            </w:r>
          </w:p>
        </w:tc>
        <w:tc>
          <w:tcPr>
            <w:tcW w:type="dxa" w:w="23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9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[дни]</w:t>
            </w:r>
          </w:p>
        </w:tc>
        <w:tc>
          <w:tcPr>
            <w:tcW w:type="dxa" w:w="209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19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237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977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977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977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09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Общий размер неустойки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 Поскольку количество дней просрочки определяется на день вынесения решения, к судебному заседанию я представлю уточнённый расчёт.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Неуплата алиментов лишила ребёнка средств на питание, одежду, лечение и занятия, и мне приходится содержать его фактически одной. Оснований для уменьшения неустойки нет: Ответчик длительно и сознательно уклоняется от уплаты алиментов.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 о взыскании неустойки в связи с несвоевременной уплатой алиментов рассматривается мировым судьёй (пункт 1 постановления Пленума Верховного Суда РФ от 26.12.2017 № 56). Иск подаётся по месту жительства Ответчика (статья 28 Гражданского процессуального кодекса Российской Федерации, далее —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статьёй 115 СК РФ, статьями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неустойку за несвоевременную уплату алиментов на содержание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с последующим перерасчётом на день вынесения решения суда.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материалы исполнительного производства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либо их заверенные копии.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копии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судебного акта о взыскании алиментов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о возбуждении исполнительного производства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судебного пристава-исполнителя о расчёте задолженности по алиментам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 движении средств по депозитному счёту по исполнительному производству или банковская выписка о поступлении алиментов.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рождении ребёнка.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неустойки.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Неустойку можно взыскать за последние три года до подачи иска: срок исковой давности считается отдельно по каждому месячному платежу (пункт 65 Пленума ВС РФ № 56). Чтобы получить постановление о расчёте задолженности, подайте приставу заявление о расчёте задолженности по алиментам.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неустойки за несвоевременную уплату алиментов на ребёнка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