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Нотариусу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нотариального округа]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нотариальной конторы]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наследника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принятии наследства и о выдаче свидетельства о праве на наследство по закону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умер(ла)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 (далее — наследодатель), что подтверждается свидетельством о смерти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Последнее место жительства наследодателя: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последнего места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наследником по закону первой очереди как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родства, например: сын]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наследодателя (пункт 1 статьи 1142 Гражданского кодекса Российской Федерации),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родстве: свидетельство о рождении серии 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Настоящим заявлением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я принимаю наследство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оставшееся после смерти наследодателя, по всем основаниям, в чём бы оно ни заключалось и где бы оно ни находилось, и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 выдать мне свидетельство о праве на наследство по закону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причитающуюся мне долю в наследственном имуществе.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Кроме меня, наследниками по закону первой очереди являются: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Других наследников, в том числе имеющих право на обязательную долю в наследстве (статья 1149 Гражданского кодекса Российской Федерации), мне не известно. О наличии завещания мне не известно.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Известное мне наследственное имущество: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[Квартира, расположенная по адресу: 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].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[Денежные средства на счетах в 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].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[Иное имущество: автомобиль [марка, модель,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земельный участок, доля в праве и т. п.].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направить запросы о составе наследственного имущества и наличии счетов наследодателя в банках, а также запрос в бюро кредитных историй о его долговых обязательствах.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Нотариусом мне разъяснены: содержание статей 1152, 1153, 1154, 1157 и 1175 Гражданского кодекса Российской Федерации; что принятие части наследства означает принятие всего причитающегося мне наследства; что наследник, принявший наследство, отвечает по долгам наследодателя в пределах стоимости перешедшего к нему наследственного имущества; что свидетельство о праве на наследство выдаётся по истечении шести месяцев со дня открытия наследства.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смерти наследодателя я узнал(а)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Информацию о наследственном деле прошу сообщать мне по телефону или по электронной почте, указанным в заявлении.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заявителя.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Свидетельство о смерти наследодателя.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подтверждающие родство с наследодателем: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 о последнем месте жительства наследодателя: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[выписка из домовой книги или справка о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 на наследственное имущество (при наличии):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подаётся нотариусу по последнему месту жительства наследодателя в течение шести месяцев со дня смерти. Если вы отправляете его почтой или через другого человека, подпись на заявлении должен засвидетельствовать нотариус.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нотариусу о принятии наследства и выдаче свидетельства о праве на наследство по закону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