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Соглашение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разделе наследственного имущества между наследниками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[кем, когда]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«Наследник 1»),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[кем, когда]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«Наследник 2»),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вместе именуемые «Наследники», руководствуясь статьями 1164, 1165 и 1170 Гражданского кодекса Российской Федерации, заключили настоящее соглашение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Наследственное имущество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умер(ла)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«Наследодатель»). Наследственное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открыто нотариусом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[нотариальный округ]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Наследники приняли наследство после смерти Наследодателя и получили свидетельства о праве на наследство по закону: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Наследник 1 — свидетельство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зарегистрировано в реестре 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[доля, например 1/2]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долю в праве на наследственное имущество;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Наследник 2 — свидетельство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зарегистрировано в реестре 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[доля, например 1/2]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долю в праве на наследственное имущество.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Наследственное имущество, принадлежащее Наследникам на праве общей долевой собственности, составляют: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056"/>
        <w:gridCol w:w="6035"/>
        <w:gridCol w:w="2263"/>
      </w:tblGrid>
      <w:tr>
        <w:trPr>
          <w:cantSplit/>
        </w:trPr>
        <w:tc>
          <w:tcPr>
            <w:tcW w:type="dxa" w:w="10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603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Имущество</w:t>
            </w:r>
          </w:p>
        </w:tc>
        <w:tc>
          <w:tcPr>
            <w:tcW w:type="dxa" w:w="22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Стоимость, руб.</w:t>
            </w:r>
          </w:p>
        </w:tc>
      </w:tr>
      <w:tr>
        <w:trPr>
          <w:cantSplit/>
        </w:trPr>
        <w:tc>
          <w:tcPr>
            <w:tcW w:type="dxa" w:w="10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603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Квартира, 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кадастровый номер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общая площадь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кв. м</w:t>
            </w:r>
          </w:p>
        </w:tc>
        <w:tc>
          <w:tcPr>
            <w:tcW w:type="dxa" w:w="22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0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603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Автомобиль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[марка, модель]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[год выпуска]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года выпуска, VIN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государственный регистрационный знак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22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056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60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226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Стоимость имущества, указанная в пункте 1.3, согласована Наследниками и признаётся ими окончательной.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Порядок раздела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Наследники производят раздел наследственного имущества следующим образом: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единоличную собственность Наследника 1 переходит квартира, указанная в строке 1 пункта 1.3 настоящего соглашения;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единоличную собственность Наследника 2 переходит автомобиль, указанный в строке 2 пункта 1.3 настоящего соглашения.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момента государственной регистрации права собственности Наследника 1 на квартиру прекращается право общей долевой собственности Наследников на неё. Право собственности Наследника 2 на автомобиль возникает с даты подписания настоящего соглашения.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Компенсация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имущества, получаемого Наследником 1, превышает стоимость его доли в наследстве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Наследник 1 выплачивает Наследнику 2 компенсацию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путём перечисления на банковский счёт Наследника 2 по реквизитам: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счёта, банк, 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Обязанность по выплате компенсации считается исполненной с момента зачисления денежных средств на счёт Наследника 2. После получения денег Наследник 2 выдаёт Наследнику 1 расписку.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учётом компенсации каждый Наследник получает имущество, соразмерное его доле в наследстве. Иных взаимных требований в связи с разделом наследственного имущества Наследники друг к другу не имеют.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Регистрация и расходы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Наследника 1 на квартиру подлежит государственной регистрации в Едином государственном реестре недвижимости. Документы на регистрацию направляет нотариус, удостоверивший настоящее соглашение.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Наследник 2 в течение 10 дней со дня подписания настоящего соглашения обращается в Госавтоинспекцию для внесения изменений в регистрационные данные автомобиля.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Расходы на нотариальное удостоверение настоящего соглашения и государственную регистрацию Наследники несут в равных долях.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Наследники подтверждают, что заключают соглашение добровольно, понимают его содержание и последствия, не находятся под влиянием заблуждения, обмана, угрозы и стечения тяжёлых обстоятельств.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вступает в силу с момента его подписания и нотариального удостоверения.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Соглашение составлено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экземплярах, имеющих одинаковую юридическую силу: по одному для каждого Наследника и один для хранения в делах нотариуса.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Наследник 1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Наследник 2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И. О.]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И. О.]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Соглашение, в которое входит квартира или другая недвижимость, подписывается только после получения свидетельств о праве на наследство и удостоверяется у нотариуса. Если наследство состоит только из движимых вещей, достаточно простой письменной формы.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разделе наследственного имущества между наследниками с выплатой компенсации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