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[Полное наименование организации или ИП]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организации]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Акт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отсутствии работника на рабочем месте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составления]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Время составления: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[часы:минуты]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Место составления: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[адрес, кабинет или структурное подразделение]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Мы, нижеподписавшиеся: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составили настоящий акт о следующем.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Работник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[структурное подразделение]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работающий по трудовому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отсутствовал на своём рабочем месте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[адрес, этаж, кабинет]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отсутствия]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[часы:минуты]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[часы:минуты]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то есть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часов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минут.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Согласно правилам внутреннего трудового распорядка и трудовому договору у работника установлено рабочее время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[часы:минуты]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[часы:минуты]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перерывом для отдыха и питания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[часы:минуты]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[часы:минуты]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 причинах отсутствия работник работодателя не уведомил. Документов о временной нетрудоспособности, отпуске, командировке, отгуле или иных основаниях отсутствия на дату составления акта у работодателя нет.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[Часы:минуты]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работнику звонили на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направили сообщение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[мессенджер или e-mail]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просьбой сообщить причину отсутствия. Ответа не получено.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Отсутствие работника установлено лично каждым из лиц, подписавших акт, путём осмотра рабочего места и опроса сотрудников подразделения.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Акт составлен в двух экземплярах: один хранится в личном деле работника, второй передаётся работнику при ознакомлении.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430"/>
        <w:gridCol w:w="3742"/>
        <w:gridCol w:w="2182"/>
      </w:tblGrid>
      <w:tr>
        <w:trPr>
          <w:cantSplit/>
        </w:trPr>
        <w:tc>
          <w:tcPr>
            <w:tcW w:type="dxa" w:w="34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Должность</w:t>
            </w:r>
          </w:p>
        </w:tc>
        <w:tc>
          <w:tcPr>
            <w:tcW w:type="dxa" w:w="374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  <w:tc>
          <w:tcPr>
            <w:tcW w:type="dxa" w:w="218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ФИО</w:t>
            </w:r>
          </w:p>
        </w:tc>
      </w:tr>
      <w:tr>
        <w:trPr>
          <w:cantSplit/>
        </w:trPr>
        <w:tc>
          <w:tcPr>
            <w:tcW w:type="dxa" w:w="34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</w:tc>
        <w:tc>
          <w:tcPr>
            <w:tcW w:type="dxa" w:w="374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</w:t>
            </w:r>
          </w:p>
        </w:tc>
        <w:tc>
          <w:tcPr>
            <w:tcW w:type="dxa" w:w="218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</w:p>
        </w:tc>
      </w:tr>
      <w:tr>
        <w:trPr>
          <w:cantSplit/>
        </w:trPr>
        <w:tc>
          <w:tcPr>
            <w:tcW w:type="dxa" w:w="34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</w:tc>
        <w:tc>
          <w:tcPr>
            <w:tcW w:type="dxa" w:w="374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</w:t>
            </w:r>
          </w:p>
        </w:tc>
        <w:tc>
          <w:tcPr>
            <w:tcW w:type="dxa" w:w="218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</w:p>
        </w:tc>
      </w:tr>
      <w:tr>
        <w:trPr>
          <w:cantSplit/>
        </w:trPr>
        <w:tc>
          <w:tcPr>
            <w:tcW w:type="dxa" w:w="343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</w:tc>
        <w:tc>
          <w:tcPr>
            <w:tcW w:type="dxa" w:w="374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</w:t>
            </w:r>
          </w:p>
        </w:tc>
        <w:tc>
          <w:tcPr>
            <w:tcW w:type="dxa" w:w="218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актом ознакомлен(а), второй экземпляр получил(а):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Составляйте акт в день отсутствия, на каждый день отдельно. В табеле до выяснения причин ставьте код «НН» (неявка по невыясненным причинам), а после появления работника истребуйте у него письменное объяснение.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отсутствии работника на рабочем месте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