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работника]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необходимости дать письменное объяснение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 отсутствовали на рабочем месте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кабинет]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 при установленном рабочем времени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Этот факт зафиксирован актом об отсутствии работника на рабочем месте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причинах отсутствия Вы работодателя не уведомили, документы, подтверждающие уважительность причины, не представили.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193 Трудового кодекса Российской Федерации прошу в течение двух рабочих дней со дня получения настоящего уведомления дать письменное объяснение о причинах отсутствия на рабочем месте в указанный период. Если причина отсутствия уважительная, приложите подтверждающие документы: листок нетрудоспособности, справку медицинской организации, повестку, документы о транспортной аварии или иные.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Объяснение можно передать лично в отдел кадров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кабинет]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рабочие дни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либо направить почтой по адресу работодателя или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Сообщаем, что если по истечении двух рабочих дней объяснение не будет представлено, работодатель составит соответствующий акт. Непредоставление объяснения не является препятствием для применения дисциплинарного взыскания (часть 2 статьи 193 ТК РФ).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157"/>
        <w:gridCol w:w="2078"/>
        <w:gridCol w:w="3118"/>
      </w:tblGrid>
      <w:tr>
        <w:trPr>
          <w:cantSplit/>
        </w:trPr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Руководитель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41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получил(а):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уведомление под подпись. Если работник не выходит на работу, отправьте уведомление ценным письмом с описью вложения по адресу места жительства: два рабочих дня считаются со дня получения письма.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работнику о необходимости дать письменное объяснение (ст. 193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