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аренды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нежилого помещения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организации, ФИО ИП или гражданина — собственника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(ОГРНИП) или паспортные данные]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полномочиях: устав, доверенность с датой и номером]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 в дальнейшем «Арендодатель»,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организации, ФИО ИП или гражданина —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(ОГРНИП) или паспортные данные]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 ФИО подписанта]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 о полномочиях]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именуемый в дальнейшем «Арендатор»,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передаёт Арендатору во временное владение и пользование за плату нежилое помещение (далее — «Помещение») со следующими характеристиками: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[полный адрес, включая номер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кадастровый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по выписке ЕГРН]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этаж: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общая площадь: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расположение Помещения обозначено на поэтажном плане (Приложение № 1).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Помещение принадлежит Арендодателю на праве собственности, что подтверждается выпиской из ЕГРН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Помещение передаётся для использования под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использования, например офис]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гарантирует, что Помещение не продано, не заложено, не находится под арестом, не передано в аренду или безвозмездное пользование третьим лицам и не является предметом спора.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Помещение передаётся по акту приёма-передачи (Приложение № 2), который подписывается в день подписания настоящего договора. С момента подписания акта обязанность Арендодателя передать Помещение считается исполненной.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аренды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Помещение передаётся в аренду на срок с даты подписания акта приёма-передачи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Арендатор продолжает пользоваться Помещением после окончания срока аренды при отсутствии возражений Арендодателя, договор считается возобновлённым на тех же условиях на неопределённый срок (пункт 2 статьи 621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Арендатор, надлежащим образом исполнявший свои обязанности, имеет преимущественное право на заключение договора на новый срок. О желании заключить договор на новый срок Арендатор письменно уведомляет Арендодателя не позднее чем за 30 дней до окончания срока аренды.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Арендная плата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месяц. Арендная плата включает все налоги, подлежащие уплате в связи с её получением, в том числе налог, удерживаемый Арендатором в случаях, когда он является налоговым агентом.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Арендная плата вносится ежемесячно авансом не позднее 10-го числа оплачиваемого месяца путём перечисления на банковский счёт Арендодателя, указанный в разделе 9 договора. Плата за первый месяц вносится в течение 5 рабочих дней с даты подписания акта приёма-передачи. За неполный месяц плата рассчитывается пропорционально количеству дней пользования.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электроэнергии, водоснабжения, водоотведения, отопления и вывоза отходов в арендную плату не входит. Арендатор возмещает её Арендодателю ежемесячно по показаниям приборов учёта и тарифам ресурсоснабжающих организаций в течение 5 рабочих дней после получения счёта с приложением копий счетов поставщиков.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5 рабочих дней с даты подписания договора Арендатор вносит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(статья 381.1 ГК РФ). Арендодатель вправе удержать из него суммы просроченной арендной платы, неустойки и стоимость устранения повреждений Помещения. При удержании Арендатор восполняет обеспечительный платёж в течение 10 рабочих дней. После прекращения договора и возврата Помещения обеспечительный платёж за вычетом удержанных сумм возвращается Арендатору в течение 10 рабочих дней. Проценты на сумму обеспечительного платежа не начисляются.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Размер арендной платы может быть изменён по соглашению Сторон не чаще одного раза в год путём подписания дополнительного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Обязательство по оплате считается исполненным в день зачисления денежных средств на счёт Арендодателя.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Арендодателя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Помещение в состоянии, пригодном для использования по назначению, указанному в пункте 1.3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производить за свой счёт капитальный ремонт Помещения и инженерных систем;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обеспечивать Арендатору и его посетителям беспрепятственный доступ в Помещение;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3 рабочих дней после получения запроса Арендатора предоставлять документы, необходимые для регистрации Арендатора (ИП или организации) по адресу Помещения или для получения разрешений органов власти.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вправе: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проверять состояние и порядок использования Помещения в рабочее время, предупредив Арендатора не менее чем за 1 рабочий день;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требовать своевременного внесения арендной платы и возмещения стоимости коммунальных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Права и обязанности Арендатора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Помещение только в целях, указанных в пункте 1.3 договора;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вносить арендную плату и возмещать стоимость коммунальных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содержать Помещение в исправном состоянии, производить за свой счёт текущий ремонт;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требования пожарной безопасности, санитарные нормы и правила эксплуатации инженерных сетей;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немедленно сообщать Арендодателю об авариях и повреждениях Помещения;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аренды вернуть Помещение по акту в том состоянии, в котором оно было получено, с учётом нормального износа.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не вправе без письменного согласия Арендодателя: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сдавать Помещение в субаренду, передавать права и обязанности по договору третьим лицам;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производить перепланировку, переустройство и неотделимые улучшения Помещения.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Отделимые улучшения, произведённые Арендатором, являются его собственностью. Стоимость неотделимых улучшений, произведённых с письменного согласия Арендодателя, возмещается Арендатору в порядке, согласованном Сторонами в этом согласии.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внесения арендной платы и возмещения коммунальных услуг Арендатор уплачивает пени в размере 0,1 % от неуплаченной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Арендатор не возвратил Помещение в установленный срок, он вносит арендную плату за всё время просрочки (статья 622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возмещает Арендодателю ущерб, причинённый Помещению по вине Арендатора, его работников и посетителей.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Арендодатель не обеспечивает доступ в Помещение, арендная плата за соответствующий период не начисляется.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Изменение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может быть изменён или расторгнут по соглашению Сторон. Все изменения оформляются дополнительными соглашениями в письменной форме.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Арендодатель вправе в одностороннем порядке отказаться от исполнения договора, письменно уведомив Арендатора не менее чем за 10 календарных дней, если Арендатор: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более двух раз подряд просрочил внесение арендной платы более чем на 30 календарных дней;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использует Помещение не по назначению или сдал его в субаренду без согласия Арендодателя;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существенно ухудшает состояние Помещения.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Арендатор вправе в одностороннем порядке отказаться от исполнения договора, письменно уведомив Арендодателя не менее чем за 2 месяца до предполагаемой даты освобождения Помещения.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прекращается в дату, указанную в уведомлении об отказе. В эту дату Арендатор возвращает Помещение по акту приёма-передачи и вносит арендную плату по день возврата включительно.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решаются путём переговоров. Претензия направляется в письменной форме, срок ответа на неё — 10 рабочих дней с даты получения. Если спор не урегулирован, он передаётся на рассмотрение суда по месту нахождения Помещения.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и претензии направляются по адресам, указанным в разделе 9, заказным письмом с уведомлением о вручении или по электронной почте, указанной в разделе 9. Сообщение, отправленное по электронной почте, считается полученным на следующий рабочий день после отправки.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 Если договор подлежит государственной регистрации, составляется дополнительный экземпляр для органа регистрации прав. Расходы на государственную регистрацию несёт Арендатор.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 всём, что не урегулировано договором, Стороны руководствуются Гражданским кодексом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Приложения, являющиеся неотъемлемой частью договора: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 — поэтажный план с обозначением Помещения;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2 — акт приёма-передачи Помещения.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Договор на срок от одного года подлежит регистрации в Росреестре (пункт 2 статьи 651 ГК РФ). Договор на срок менее года не регистрируется.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Адреса,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или ФИО]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/ ОГРНИП: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/ ОГРНИП: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[электронная почта]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[телефон]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[электронная почта]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2 к договору аренды нежилого помещения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приёма-передачи нежилого помещения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«Арендодатель»)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Арендатора]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«Арендатор») составили настоящий акт о нижеследующем.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передал, а Арендатор принял нежилое помещение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этаж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Состояние Помещения: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состояние стен, пола, потолка, окон, дверей, сантехники, электропроводки; укажите имеющиеся недостатки]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Помещением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комплектов ключей,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оборудования и мебели, если передаются]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Показания приборов учёта на дату передачи: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358"/>
        <w:gridCol w:w="3358"/>
        <w:gridCol w:w="2638"/>
      </w:tblGrid>
      <w:tr>
        <w:trPr>
          <w:cantSplit/>
        </w:trPr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Прибор учёта</w:t>
            </w:r>
          </w:p>
        </w:tc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Номер счётчика</w:t>
            </w:r>
          </w:p>
        </w:tc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Показания</w:t>
            </w:r>
          </w:p>
        </w:tc>
      </w:tr>
      <w:tr>
        <w:trPr>
          <w:cantSplit/>
        </w:trPr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Электроэнергия</w:t>
            </w:r>
          </w:p>
        </w:tc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Холодная вода</w:t>
            </w:r>
          </w:p>
        </w:tc>
        <w:tc>
          <w:tcPr>
            <w:tcW w:type="dxa" w:w="335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6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  <w:tr>
        <w:trPr>
          <w:cantSplit/>
        </w:trPr>
        <w:tc>
          <w:tcPr>
            <w:tcW w:type="dxa" w:w="33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Горячая вода</w:t>
            </w:r>
          </w:p>
        </w:tc>
        <w:tc>
          <w:tcPr>
            <w:tcW w:type="dxa" w:w="335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26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[показания]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Помещение пригодно для использования по назначению. Претензий к состоянию Помещения Арендатор не имеет, за исключением указанных в пункте 2 акта.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Акт составлен в двух экземплярах, по одному для каждой из Сторон.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Передал: 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Принял: 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 с актом приёма-передачи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