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Главное управление (Управление) Федеральной службы судебных приставов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управления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Лицо, допустившее нарушения: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коллекторского агентства или кредитора]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в реестре ФССП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нарушения при взаимодействии с должником, направленном на возврат просроченной задолженности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задолженности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Кредитор)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 потребительского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Просроченная задолженность по договору возникла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её размер, по сведениям Кредитора,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Действия по возврату задолженности от имени Кредитора совершает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коллекторского агентства]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Взыскатель).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Обстоятельства нарушений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Взыскатель взаимодействует со мной по телефону и с помощью сообщений на мой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оператор связи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Звонки и сообщения поступают с номеров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[номера, с которых звонят]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 контактов, которые я считаю незаконными: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777"/>
        <w:gridCol w:w="1496"/>
        <w:gridCol w:w="2619"/>
        <w:gridCol w:w="3461"/>
      </w:tblGrid>
      <w:tr>
        <w:trPr>
          <w:cantSplit/>
        </w:trPr>
        <w:tc>
          <w:tcPr>
            <w:tcW w:type="dxa" w:w="17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и время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 звонившего</w:t>
            </w:r>
          </w:p>
        </w:tc>
        <w:tc>
          <w:tcPr>
            <w:tcW w:type="dxa" w:w="26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Способ связи</w:t>
            </w:r>
          </w:p>
        </w:tc>
        <w:tc>
          <w:tcPr>
            <w:tcW w:type="dxa" w:w="34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Что произошло</w:t>
            </w:r>
          </w:p>
        </w:tc>
      </w:tr>
      <w:tr>
        <w:trPr>
          <w:cantSplit/>
        </w:trPr>
        <w:tc>
          <w:tcPr>
            <w:tcW w:type="dxa" w:w="17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[дд.мм.гггг, чч:мм]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  <w:tc>
          <w:tcPr>
            <w:tcW w:type="dxa" w:w="26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[звонок, СМС или мессенджер]</w:t>
            </w:r>
          </w:p>
        </w:tc>
        <w:tc>
          <w:tcPr>
            <w:tcW w:type="dxa" w:w="34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[кратко суть разговора или сообщения]</w:t>
            </w:r>
          </w:p>
        </w:tc>
      </w:tr>
      <w:tr>
        <w:trPr>
          <w:cantSplit/>
        </w:trPr>
        <w:tc>
          <w:tcPr>
            <w:tcW w:type="dxa" w:w="17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[дд.мм.гггг, чч:мм]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  <w:tc>
          <w:tcPr>
            <w:tcW w:type="dxa" w:w="26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[способ связи]</w:t>
            </w:r>
          </w:p>
        </w:tc>
        <w:tc>
          <w:tcPr>
            <w:tcW w:type="dxa" w:w="34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[суть разговора]</w:t>
            </w:r>
          </w:p>
        </w:tc>
      </w:tr>
      <w:tr>
        <w:trPr>
          <w:cantSplit/>
        </w:trPr>
        <w:tc>
          <w:tcPr>
            <w:tcW w:type="dxa" w:w="17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[дд.мм.гггг, чч:мм]</w:t>
            </w:r>
          </w:p>
        </w:tc>
        <w:tc>
          <w:tcPr>
            <w:tcW w:type="dxa" w:w="14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  <w:tc>
          <w:tcPr>
            <w:tcW w:type="dxa" w:w="26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[способ связи]</w:t>
            </w:r>
          </w:p>
        </w:tc>
        <w:tc>
          <w:tcPr>
            <w:tcW w:type="dxa" w:w="34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[суть разговора]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Тем самым Взыскатель допустил следующие нарушения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задолженности…» (далее — Закон № 230-ФЗ):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телефонные переговоры чаще одного раза в сутки, двух раз в неделю и восьми раз в месяц (подпункты «а»–«в» пункта 3 части 3 статьи 7);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 чаще двух раз в сутки, четырёх раз в неделю и шестнадцати раз в месяц (пункт 2 части 5 статьи 7);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звонки и сообщения в рабочие дни с 22 до 8 часов, в выходные и праздничные дни с 20 до 9 часов (пункт 1 части 3, пункт 1 части 5 статьи 7);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психологическое давление и угрозы: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[дословно, что говорили сотрудники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(пункты 1, 4 и 5 части 2 статьи 6);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сообщение сведений о моей задолженности третьим лицам без моего согласия: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[кому и когда звонили]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(часть 3 статьи 6).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Согласия на взаимодействие с третьими лицами и на частоту взаимодействия, отличную от установленной законом, я не давал(а).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Согласия заявителя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3 статьи 19.2 Закона № 230-ФЗ даю согласие оператору связи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предоставление Федеральной службе судебных приставов сведений, подтверждающих или опровергающих факты телефонных звонков и сообщений, указанных в настоящей жалобе.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Федеральной службе судебных приставов на получение моего кредитного отчёта из бюро кредитных историй для проверки сведений, указанных в настоящей жалобе.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18 и 19.2 Закона № 230-ФЗ, статьёй 14.57 Кодекса Российской Федерации об административных правонарушениях и Федеральным законом от 02.05.2006 № 59-ФЗ «О порядке рассмотрения обращений граждан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проверку изложенных фактов, в том числе запросить сведения у оператора связи, Кредитора и Взыскателя.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Привлечь Взыскателя и виновных должностных лиц к административной ответственности по статье 14.57 КоАП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меры по ограничению способов взаимодействия Взыскателя со мной.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выявлении признаков преступления направить материалы в органы внутренних дел.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о результатах рассмотрения жалобы по адресу электронной почты и почтовому адресу,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(или иного документа о задолженности).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Скриншоты журнала вызовов и сообщений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Аудиозаписи разговоров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[носитель или ссылка]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Детализация звонков от оператора связи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Кредитору об отказе от взаимодействия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подтверждением отправки (при наличии).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Звонки и сообщения в таблице указывайте точно по журналу телефона: дата, время и номер нужны приставам для запроса оператору связи. Текст жалобы можно скопировать в форму на Госуслугах, а скриншоты приложить файлами.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ФССП на нарушения коллекторов при взыскании долга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