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[СНИЛС, ИНН или серия и номер паспорта, если известны]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(подпункт 1 пункта 1 статьи 333.19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разделе совместно нажитого имущества супругов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и ответчик состояли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Брак прекращён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брака]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свидетельством о расторжении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Фактически брачные отношения прекращены и совместное хозяйство не ведётся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Брачный договор между нами не заключался. Соглашение о разделе общего имущества достичь не удалось: на моё предложение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разделить имущество добровольно ответчик ответил отказом.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период брака на общие доходы супругов было приобретено следующее имущество: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00"/>
        <w:gridCol w:w="3433"/>
        <w:gridCol w:w="3433"/>
        <w:gridCol w:w="1888"/>
      </w:tblGrid>
      <w:tr>
        <w:trPr>
          <w:cantSplit/>
        </w:trPr>
        <w:tc>
          <w:tcPr>
            <w:tcW w:type="dxa" w:w="6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Имущество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 приобретения и правообладатель</w:t>
            </w:r>
          </w:p>
        </w:tc>
        <w:tc>
          <w:tcPr>
            <w:tcW w:type="dxa" w:w="18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6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Квартира, кадастровый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площадь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м, 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квартиры]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Договор купли-продажи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право зарегистрировано на имя ответчика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8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[стоимость квартиры]</w:t>
            </w:r>
          </w:p>
        </w:tc>
      </w:tr>
      <w:tr>
        <w:trPr>
          <w:cantSplit/>
        </w:trPr>
        <w:tc>
          <w:tcPr>
            <w:tcW w:type="dxa" w:w="6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Автомобиль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 выпуска]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в., VIN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гос. номер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43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Договор купли-продажи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, зарегистрирован на имя ответчика</w:t>
            </w:r>
          </w:p>
        </w:tc>
        <w:tc>
          <w:tcPr>
            <w:tcW w:type="dxa" w:w="188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[стоимость автомобиля]</w:t>
            </w:r>
          </w:p>
        </w:tc>
      </w:tr>
      <w:tr>
        <w:trPr>
          <w:cantSplit/>
        </w:trPr>
        <w:tc>
          <w:tcPr>
            <w:tcW w:type="dxa" w:w="60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43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433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88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[общая стоимость]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Рыночная стоимость имущества определена на основании отчёта об оценке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выполненного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оценщика]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Указанное имущество не относится к личной собственности кого-либо из супругов: оно приобретено возмездно, в период брака и за счёт общих средств. Того обстоятельства, что право зарегистрировано на имя ответчика, недостаточно, чтобы считать имущество его личным.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 статьи 33 и пункта 1 статьи 34 Семейного кодекса Российской Федерации (далее — СК РФ) имущество, нажитое супругами во время брака, является их совместной собственностью независимо от того, на имя кого из супругов оно приобретено или зарегистрировано. Раздел общего имущества может быть произведён как в период брака, так и после его расторжения по требованию любого из супругов (пункт 1 статьи 38 СК РФ). При разделе доли супругов признаются равными (пункт 1 статьи 39 СК РФ). Суд определяет, какое имущество подлежит передаче каждому из супругов, а если одному из них передаётся имущество, стоимость которого превышает причитающуюся ему долю, другому присуждается денежная компенсация (пункт 3 статьи 38 СК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Предлагаю разделить имущество так. Квартира поступает в общую долевую собственность сторон по 1/2 доли каждому. Автомобиль, которым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постоянно пользуется ответчик, передаётся в его собственность, а мне присуждается денежная компенсация половины его стоимости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Трёхлетний срок исковой давности (пункт 7 статьи 38 СК РФ) не пропущен: о нарушении своего права на общее имущество я узнал(а)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когда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событие, например: ответчик сменил замки в квартире и отказался выделять долю]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иска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складывается из стоимости 1/2 доли квартиры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руб.) и компенсации за автомобиль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34, 38, 39 СК РФ, статьёй 254 Гражданского кодекса Российской Федерации, статьями 131, 132 Гражданского процессуального кодекса Российской Федерации,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Произвести раздел общего имущества супругов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признав их доли в общем имуществе равными.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право собственности на 1/2 доли в праве общей долевой собственности на квартиру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право собственности на 1/2 доли в праве общей долевой собственности на указанную квартиру, прекратив его (её) единоличное право собственности на неё.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Передать в собственность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денежную компенсацию 1/2 стоимости автомобиля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расходы по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заключении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расторжении брака.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квартиру и копия договора купли-продажи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регистрации транспортного средства и договора купли-продажи автомобиля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Отчёт об оценке рыночной стоимости имущества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предложения о добровольном разделе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Цена иска — это стоимость имущества, которое вы просите передать себе. Госпошлина считается от неё по шкале подпункта 1 пункта 1 статьи 333.19 НК РФ: например, при цене иска 1 500 000 руб. она составит 30 000 руб. Если цена иска не превышает 50 000 руб., иск подаётся мировому судье.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совместно нажитого имущества супругов (квартира и автомобиль)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