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Брачный договор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режиме раздельной собственности супругов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Мы, гражданин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далее «Супруг», и гражданка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далее «Супруга», вместе именуемые «Супруги», состоящие в браке, зарегистрированном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действуя добровольно, заключили настоящий брачный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Настоящим договором Супруги изменяют установленный законом режим совместной собственности и устанавливают режим раздельной собственности на всё имущество, нажитое ими во время брака, как до заключения настоящего договора, так и в будущем (пункт 1 статьи 42 Семейного кодекса Российской Федерации, далее — СК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Имущество, приобретённое Супругами в период брака до заключения настоящего договора, с момента его нотариального удостоверения является раздельной собственностью Супругов в следующем порядке: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4301"/>
        <w:gridCol w:w="4301"/>
      </w:tblGrid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Имущество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Собственник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Квартира, кадастровый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площадь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м, 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право собственности зарегистрировано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№ регистрации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Супруга или Супруги]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Автомобиль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 выпуска]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в., VIN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гос. номер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Супруга или Супруги]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Денежные средства на счетах и вкладах в банках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Тот из Супругов, на чьё имя открыт счёт (вклад)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Имущество, принадлежавшее каждому из Супругов до вступления в брак, а также полученное одним из них во время брака в дар, в порядке наследования или по иным безвозмездным сделкам, остаётся личной собственностью этого Супруга (статья 36 СК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Режим имущества, приобретаемого в браке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Имущество, которое будет приобретено Супругами во время брака после заключения настоящего договора, является собственностью того из Супругов, на чьё имя оно приобретено, а имущество, права на которое подлежат государственной регистрации, — собственностью того из Супругов, на чьё имя оно зарегистрировано.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Доходы каждого из Супругов от трудовой, предпринимательской и интеллектуальной деятельности, полученные пенсии, пособия и иные денежные выплаты, а также доходы от принадлежащего каждому из них имущества являются собственностью того Супруга, который их получил.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Доли в уставном капитале хозяйственных обществ, паи, акции, ценные бумаги и цифровые активы являются собственностью того из Супругов, на чьё имя они приобретены или учтены.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Предметы обычной домашней обстановки и обихода являются собственностью того из Супругов, который их оплатил.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Вложения одного из Супругов в имущество другого Супруга, в том числе ремонт, реконструкция и переоборудование, не изменяют режима раздельной собственности на это имущество.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Каждый из Супругов владеет, пользуется и распоряжается своим имуществом самостоятельно, без согласия другого Супруга. Нотариально удостоверенное согласие другого Супруга на сделки с таким имуществом не требуется.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Обязательства Супругов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обязательствам, возникшим у каждого из Супругов как до, так и во время брака, отвечает своим имуществом тот Супруг, на чьё имя они оформлены. Такие обязательства не являются общими обязательствами Супругов.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Каждый из Супругов обязан уведомлять своих кредиторов о заключении, изменении или расторжении настоящего договора (пункт 1 статьи 46 СК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Расходы семьи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на общие нужды семьи, включая оплату жилья и коммунальных услуг, питание и отдых, Супруги несут в равных долях.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договор не ограничивает права и обязанности Супругов в отношении детей, а также право нетрудоспособного нуждающегося Супруга на получение содержания в порядке, установленном СК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действия,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договор вступает в силу с момента его нотариального удостоверения и действует в течение всего брака.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Режим раздельной собственности, установленный настоящим договором, сохраняется в отношении имущества, нажитого в период брака, и после его прекращения.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изменён или расторгнут в любое время по соглашению Супругов. Соглашение об изменении или о расторжении договора совершается в той же форме, что и настоящий договор. Односторонний отказ от исполнения договора не допускается (статья 43 СК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Нотариусом Супругам разъяснены содержание статей 33–46 СК РФ, а также правовые последствия заключения настоящего договора. Супруги подтверждают, что договор не ставит ни одного из них в крайне неблагоприятное положение, условия договора им понятны и соответствуют их действительным намерениям.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недвижимое имущество, указанное в пункте 1.2 настоящего договора, подлежит государственной регистрации в Едином государственном реестре недвижимости на основании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нотариальному удостоверению настоящего договора Супруги несут в равных долях.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Настоящий договор составлен в трёх экземплярах, один из которых хранится в делах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остальные выдаются Супругам.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Супругов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Супруг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Супруга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 (подпись)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 (подпись)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Это проект для нотариуса: брачный договор без нотариального удостоверения ничтожен (пункт 2 статьи 41 СК РФ). Не подписывайте его заранее: подписи ставятся при нотариусе, он же вносит удостоверительную надпись. К нотариусу возьмите паспорта, свидетельство о браке и документы на имущество из пункта 1.2.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о режиме раздельной собственности супругов (проект для нотариуса)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