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 о новации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долга по договору поставки в заёмное обязательство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«Займодавец»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«Заёмщик»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на основании статей 414 и 818 Гражданского кодекса Российской Федерации заключили настоящее соглашение (далее — «Соглашение»)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Первоначальное обязательство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договору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«Договор поставки») Займодавец поставил Заёмщику товар, а Заёмщик не оплатил его в установленный срок.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дату подписания Соглашения задолженность Заёмщика по оплате товара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НДС]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Задолженность подтверждается следующими документами: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235"/>
        <w:gridCol w:w="4942"/>
        <w:gridCol w:w="1235"/>
        <w:gridCol w:w="1941"/>
      </w:tblGrid>
      <w:tr>
        <w:trPr>
          <w:cantSplit/>
        </w:trPr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49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</w:t>
            </w:r>
          </w:p>
        </w:tc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  <w:tc>
          <w:tcPr>
            <w:tcW w:type="dxa" w:w="19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49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УПД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9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49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УПД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12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9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2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494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Акт сверки взаимных расчётов</w:t>
            </w:r>
          </w:p>
        </w:tc>
        <w:tc>
          <w:tcPr>
            <w:tcW w:type="dxa" w:w="12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94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Заёмщик признаёт задолженность, указанную в пункте 1.2, в полном объёме.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Замена обязательства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договорились заменить обязательство Заёмщика по оплате товара, указанное в пункте 1.2 Соглашения, заёмным обязательством на условиях Соглашения.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подписания Соглашения обязательство Заёмщика по оплате товара по Договору поставки в размере, указанном в пункте 1.2, прекращается. Договор поставки в остальной части продолжает действовать.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подписания Соглашения прекращаются также обязательства Заёмщика по уплате неустойки и процентов, начисленных за просрочку оплаты товара, указанного в пункте 1.2.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Сумма займа считается полученной Заёмщиком в момент подписания Соглашения. Передача денежных средств для возникновения заёмного обязательства не требуется.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Условия займа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Сумма займа —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пользование займом Заёмщик уплачивает проценты по ставке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годовых. Проценты начисляются на остаток суммы займа со дня, следующего за днём подписания Соглашения, по день возврата займа включительно, исходя из фактического количества дней в году.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Проценты уплачиваются 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месяца, следующего за месяцем, за который они начислены, а за последний месяц — одновременно с возвратом займа.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Заёмщик возвращает сумму займа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Заёмщик вправе вернуть заём досрочно полностью или частично, уведомив Займодавца письменно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дней. Проценты в этом случае уплачиваются по день фактического возврата.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Платежи перечисляются на расчётный счёт Займодавца, указанный в разделе 7 Соглашения. В назначении платежа указывается: «Возврат займа (проценты) по соглашению о новации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 Датой платежа считается дата зачисления денежных средств на счёт Займодавца.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Поступающие платежи погашают в первую очередь проценты за пользование займом, затем сумму займа.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нарушение срока возврата займа Заёмщик уплачивает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просроченной суммы за каждый день просрочки. Неустойка начисляется вместо процентов, предусмотренных пунктом 1 статьи 811 и статьёй 395 Гражданского кодекса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нарушение срока уплаты процентов Заёмщик уплачивает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неуплаченной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Заёмщик просрочил уплату процентов более чем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дней, Займодавец вправе потребовать досрочного возврата всей суммы займа с процентами. Заёмщик исполняет требование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со дня его получения.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обращения в суд Сторона направляет другой Стороне письменную претензию. Срок ответа на претензию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Неурегулированный спор передаётся на рассмотрение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подписания и действует до полного исполнения Заёмщиком обязательств по нему.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Сторона заверяет, что лицо, подписывающее Соглашение, имеет необходимые полномочия, а все требуемые по закону и уставу корпоративные одобрения получены.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части, не урегулированной Соглашением, к отношениям Сторон применяются правила параграфа 1 главы 42 Гражданского кодекса Российской Федерации о займе.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двух экземплярах, имеющих равную юридическую силу, по одному для каждой из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Займодавец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Заёмщик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/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/ 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/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/ 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долг по договору поставки обеспечен поручительством или залогом третьего лица, при новации обеспечение прекращается. Чтобы его сохранить, получите письменное согласие поручителя или залогодателя отвечать за новое заёмное обязательство.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новации долга по договору поставки в заемное обязательство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