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 о рассрочке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погашения задолженности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«Кредитор»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«Должник»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другой стороны, вместе именуемые «Стороны», заключили настоящее соглашение (далее — «Соглашение») к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«Договор»)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Признание задолженности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Должник признаёт, что на дату подписания Соглашения его задолженность перед Кредитором по Договору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«Задолженность»),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НДС]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Задолженность возникла в связи с неоплатой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[товара, работ, услуг]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следующим документам: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[УПД, акт]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рублей;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[УПД, акт]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оплаты Задолженности по Договору наступил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График погашения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Кредитор предоставляет Должнику рассрочку, а Должник обязуется погасить Задолженность частями в следующие сроки: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79"/>
        <w:gridCol w:w="2784"/>
        <w:gridCol w:w="2116"/>
        <w:gridCol w:w="3675"/>
      </w:tblGrid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7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Срок платежа (не позднее)</w:t>
            </w:r>
          </w:p>
        </w:tc>
        <w:tc>
          <w:tcPr>
            <w:tcW w:type="dxa" w:w="21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 платежа, руб.</w:t>
            </w:r>
          </w:p>
        </w:tc>
        <w:tc>
          <w:tcPr>
            <w:tcW w:type="dxa" w:w="36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Остаток долга после платежа, руб.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7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1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6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7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1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6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27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1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6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27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1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6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27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1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6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6</w:t>
            </w:r>
          </w:p>
        </w:tc>
        <w:tc>
          <w:tcPr>
            <w:tcW w:type="dxa" w:w="27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211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6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0,00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78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211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675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Платежи перечисляются на расчётный счёт Кредитора, указанный в разделе 6 Соглашения. В назначении платежа указывается: «Погашение задолженности по соглашению о рассрочке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 Датой платежа считается дата зачисления денежных средств на счёт Кредитора.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Должник вправе погасить Задолженность досрочно полностью или частично. Досрочный платёж засчитывается в счёт ближайших по графику платежей.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Проценты на сумму Задолженности за период рассрочки не начисляются.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Последствия нарушения графика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Должник соблюдает график, Кредитор не начисляет неустойку, предусмотренную Договором, за просрочку оплаты Задолженности.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Должник просрочил любой платёж более чем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дней, Кредитор вправе: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потребовать досрочного погашения всей оставшейся суммы Задолженности, направив Должнику письменное требование; Должник исполняет его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получения;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начислить неустойку, предусмотренную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Договора, на неоплаченный остаток Задолженности за весь период просрочки,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первоначального срока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Споры по Соглашению разрешаются в порядке, предусмотренном Договором. Если спор связан с нарушением графика, срок ответа на претензию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её получения.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вступает в силу с момента подписания Сторонами, является неотъемлемой частью Договора и действует до полного погашения Задолженности.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Условия Договора, не изменённые Соглашением, сохраняют силу. Обеспечение исполнения обязательств по Договору сохраняется в отношении Задолженности.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составлено в двух экземплярах, имеющих равную юридическую силу, по одному для каждой из Сторон.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Кредитор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/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 / 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/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 / 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Соглашение, в котором должник признаёт сумму долга, прерывает срок исковой давности: после перерыва он начинается заново (статья 203 ГК РФ). Подписывать его со стороны должника должен руководитель или представитель с доверенностью.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рассрочке погашения задолженности к договору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