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Договор перевозки груза № [номер]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автомобильным транспортом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заказчика, например: Общество с ограниченной ответственностью «Альфа»]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 подписанта]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[устава или доверенности № ... от ...]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именуемое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«Грузоотправитель»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 одной стороны,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перевозчика или ФИО индивидуального предпринимателя]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(ОГРНИП)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 подписанта]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[устава или листа записи ЕГРИП]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именуемый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«Перевозчик»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другой стороны, вместе именуемые «Стороны», заключили настоящий договор (далее — Договор) о нижеследующем.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Предмет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Перевозчик обязуется доставить вверенный ему Грузоотправителем груз в пункт назначения и выдать его грузополучателю, указанному Грузоотправителем, а Грузоотправитель обязуется уплатить за перевозку установленную Договором плату.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Перевозки выполняются автомобильным транспортом Перевозчика по заявкам Грузоотправителя (далее — Заявка) в течение срока действия Договора. Каждая принятая Перевозчиком Заявка является договором перевозки конкретной партии груза и регулируется условиями настоящего Договора.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Характер груза: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груза, например: строительные материалы на поддонах]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Груз не относится к опасным, скоропортящимся и крупногабаритным, если иное прямо не указано в Заявке.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 отношениям Сторон применяются глава 40 Гражданского кодекса РФ, Федеральный закон от 08.11.2007 № 259-ФЗ «Устав автомобильного транспорта и городского наземного электрического транспорта» и Правила перевозок грузов автомобильным транспортом, утверждённые постановлением Правительства РФ от 21.12.2020 № 2200.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Заявка и перевозочные документы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Грузоотправитель направляет Заявку не позднее чем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[24 (двадцать четыре)]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часа до времени подачи транспортного средства. В Заявке указываются: наименование, масса, объём и количество мест груза, вид упаковки; адреса и время погрузки и выгрузки; грузополучатель и контактное лицо; требования к транспортному средству; срок доставки; стоимость перевозки.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Перевозчик подтверждает Заявку или сообщает об отказе в её исполнении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[4 (четырёх)]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часов с момента получения. Заявка считается принятой с момента её подтверждения Перевозчиком.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Заявки, транспортные накладные и иные перевозочные документы Стороны оформляют в электронном виде через информационную систему электронных перевозочных документов с использованием усиленной электронной подписи. На бумаге документы оформляются только в случаях, установленных Министерством транспорта РФ.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Транспортную накладную составляет Грузоотправитель. Заключение договора перевозки каждой партии груза подтверждается транспортной накладной.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Подача транспортного средства, погрузка и выгрузка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Перевозчик подаёт в пункт погрузки исправное транспортное средство, пригодное для перевозки данного груза, в срок, указанный в Заявке.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Погрузку груза в транспортное средство обеспечивает Грузоотправитель, выгрузку — грузополучатель. Водитель Перевозчика проверяет размещение и крепление груза и вправе отказаться от перевозки, если размещение угрожает безопасности движения или сохранности груза.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Время на погрузку и на выгрузку составляет не более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[2 (двух)]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часов с момента прибытия транспортного средства, если в Заявке не указано иное. Время прибытия и убытия транспортного средства отмечается в транспортной накладной.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Грузоотправитель обязан передать груз в упаковке, обеспечивающей его сохранность при перевозке. Видимые недостатки упаковки водитель отмечает в транспортной накладной при приёме груза.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Сроки доставки и выдача груза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Перевозчик доставляет груз в срок, указанный в Заявке. Если срок в Заявке не указан, применяются сроки, установленные Правилами перевозок грузов автомобильным транспортом.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Груз выдаётся грузополучателю по транспортной накладной при предъявлении документа, удостоверяющего личность, и доверенности (для представителя организации).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 выдаче груза грузополучатель проверяет количество мест, состояние груза и упаковки. Утрата, недостача или повреждение груза оформляются актом с участием водителя, а при его отказе от подписи — с отметкой об этом в акте и транспортной накладной.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Стоимость перевозки и порядок расчётов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Стоимость перевозки каждой партии груза указывается в Заявке и включает все расходы Перевозчика, в том числе на топливо и платные дороги.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Стоимость указана с учётом НДС: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[ставка и сумма НДС или «НДС не облагается» с указанием основания]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Грузоотправитель оплачивает перевозку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[5 (пяти)]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 даты доставки груза на основании счёта Перевозчика и транспортной накладной с отметкой грузополучателя о приёме груза, путём перечисления денежных средств на расчётный счёт Перевозчика.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Стороны ежеквартально проводят сверку расчётов по запросу любой из Сторон.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6. Ответственность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Перевозчик отвечает за сохранность груза с момента его принятия до выдачи грузополучателю и возмещает ущерб в соответствии со статьёй 796 ГК РФ и статьёй 34 Устава автомобильного транспорта: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 утрату или недостачу груза — в размере стоимости утраченного или недостающего груза;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 повреждение груза — в размере суммы, на которую понизилась его стоимость, а при невозможности восстановления — в размере полной стоимости груза.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Помимо возмещения ущерба Перевозчик возвращает провозную плату за утраченный или повреждённый груз, если она не входит в стоимость груза.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 просрочку доставки груза Перевозчик уплачивает штраф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[9 (девяти)]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 провозной платы за каждые сутки просрочки, но не более размера провозной платы.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 неподачу транспортного средства по принятой Заявке Перевозчик уплачивает штраф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[20 (двадцати)]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 провозной платы. За непредъявление груза для перевозки по принятой Заявке Грузоотправитель уплачивает Перевозчику штраф в том же размере.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 простой транспортного средства под погрузкой или выгрузкой сверх времени, указанного в пункте 3.3 Договора, Грузоотправитель уплачивает штраф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[500 (пятисот)]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за каждый полный час простоя.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Стороны освобождаются от ответственности при обстоятельствах непреодолимой силы, а также в иных случаях, предусмотренных статьёй 36 Устава автомобильного транспорта.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7. Претензии и разрешение споров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 предъявления к Перевозчику иска, связанного с перевозкой груза, Грузоотправитель (грузополучатель) направляет Перевозчику претензию. К претензии прилагаются документы, подтверждающие право на её предъявление, количество и стоимость груза (транспортная накладная, акт, счёт или договор поставки).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Перевозчик рассматривает претензию и письменно сообщает о результатах в течение 30 (тридцати) дней со дня её получения. Иные претензии по Договору рассматриваются в тот же срок.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Если спор не урегулирован, он передаётся на рассмотрение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суда, например: Арбитражный суд Ивановской области]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8. Срок действия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Договор вступает в силу с даты подписания и действует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Если ни одна из Сторон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[30 (тридцать)]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календарных дней до окончания срока не заявит о его прекращении, Договор продлевается на каждый следующий календарный год на тех же условиях.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Каждая Сторона вправе отказаться от Договора, письменно уведомив другую Сторону не менее чем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[30 (тридцать)]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календарных дней. Принятые к исполнению Заявки исполняются на условиях Договора.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9.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Сообщения, Заявки и уведомления Стороны направляют по адресам электронной почты и через информационную систему, указанные в разделе 10 Договора. Сообщение считается полученным в день его отправки, если отправитель не получил уведомление о недоставке.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составлен в двух экземплярах, имеющих одинаковую юридическую силу, по одному для каждой из Сторон.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Приложение: № 1 — Форма заявки на перевозку груза.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10. Реквизиты и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Грузоотправитель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Перевозчик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ИНН/КПП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[ИНН/КПП]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ОГРН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[ОГРН]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[юридический адрес]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электронной почты]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[банк]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К/с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БИК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ИНН/КПП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[ИНН/КПП]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ОГРН (ОГРНИП)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[юридический адрес]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электронной почты]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[банк]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К/с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БИК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 П. (при наличии)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 П. (при наличии)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С 1 сентября 2026 года транспортная накладная, заказ и заявка на перевозку автомобильным транспортом оформляются в электронном виде. Заранее подключитесь к оператору электронных перевозочных документов и выпустите электронные подписи для сотрудников.</w:t>
      </w:r>
    </w:p>
    <w:p>
      <w:pPr>
        <w:pageBreakBefore/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Приложение № 1 к Договору перевозки груза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Заявка на перевозку груза № [номер]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от 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 г.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Параметр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Значение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Наименование груза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Масса, объём, количество мест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[масса]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кг,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[объём]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куб. м,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[количество]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мест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Упаковка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[вид упаковки, например: паллеты, стрейч-плёнка]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Стоимость груза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руб.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Адрес и время погрузки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 и время]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Адрес и время выгрузки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 и время]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Грузополучатель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[наименование, ИНН, контактное лицо, телефон]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Требования к транспортному средству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[тип кузова, грузоподъёмность]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Срок доставки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до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 и время]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Стоимость перевозки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руб.,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 НДС или без НДС]</w:t>
            </w:r>
          </w:p>
        </w:tc>
      </w:tr>
    </w:tbl>
    <w:p>
      <w:pPr>
        <w:spacing w:before="0" w:after="80" w:line="276" w:lineRule="auto"/>
        <w:jc w:val="both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Грузоотправитель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Заявку принял Перевозчик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перевозки груза автомобильным транспортом по заявкам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