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транспортной экспедиции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клиента,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«Клиент»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экспедитора]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«Экспедитор»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обязуется за вознаграждение и за счёт Клиента выполнить или организовать выполнение услуг, связанных с перевозкой груза Клиента, а Клиент обязуется уплатить Экспедитору вознаграждение и возместить понесённые в его интересах расходы.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поручению Клиента Экспедитор оказывает следующие услуги: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организует перевозку груза автомобильным транспортом по маршруту, указанному Клиентом;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подбирает перевозчика и от своего имени заключает с ним договор перевозки груза;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обеспечивает отправку груза и его получение в пункте назначения;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контролирует движение груза и информирует Клиента о его местонахождении;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оформляет перевозочные и экспедиторские документы.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Конкретные условия оказания услуг по каждой партии груза Стороны согласуют в поручении экспедитору (далее — Поручение) по форме Приложения № 1. Принятое Экспедитором Поручение становится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Экспедитор подтверждает, что сведения о нём внесены в реестр уведомлений о транспортно-экспедиционной деятельности, и обязуется сообщить Клиенту об исключении из реестра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 (одного)]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рабочего дня.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отношениям Сторон применяются глава 41 Гражданского кодекса РФ, Федеральный закон от 30.06.2003 № 87-ФЗ «О транспортно-экспедиционной деятельности» и Правила транспортно-экспедиционной деятельности.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Клиент направляет Поручение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[24 (двадцать четыре)]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часа до планируемой даты отправки груза. В Поручении указываются: наименование, масса, объём, количество мест и стоимость груза; адреса и время погрузки и выгрузки; грузоотправитель и грузополучатель; срок доставки; требования к транспортному средству; размер вознаграждения и расходов.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Экспедитор принимает Поручение или сообщает об отказе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[4 (четырёх)]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с момента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приёме груза Экспедитор или привлечённый им перевозчик выдаёт Клиенту экспедиторскую расписку или транспортную накладную, подтверждающую приём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Поручения, экспедиторские и перевозочные документы Стороны оформляют в электронном виде с использованием усиленной электронной подписи через информационную систему электронных перевозочных документов. На бумаге документы оформляются только в случаях, установленных Министерством транспорта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вправе привлечь к исполнению Договора третьих лиц, в том числе перевозчиков. Ответственность перед Клиентом за действия привлечённых лиц несёт Экспедитор.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услуги в соответствии с Договором и указаниями Клиента в Поручении;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привлекать только перевозчиков, имеющих исправные транспортные средства, пригодные для перевозки данного груза;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Клиенту об обстоятельствах, препятствующих доставке груза в срок, и о повреждении груза;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исполнения Поручения представить Клиенту отчёт и акт оказанных услуг с приложением копий документов, подтверждающих расходы.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Клиент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Экспедитору полную и достоверную информацию о свойствах груза, об условиях его перевозки и документы, необходимые для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груз в упаковке, обеспечивающей его сохранность;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Экспедитору доверенность, если она необходима для исполнения Поручения;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уплатить вознаграждение и возместить расходы Экспедитора в порядке, установленном разделом 4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вправе не приступать к исполнению Поручения до получения от Клиента документов и информации, необходимых для его исполнения.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Вознаграждение и расчёты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Экспедитора и размер возмещаемых расходов (провозная плата перевозчику, платные дороги, погрузочно-разгрузочные работы и иные расходы) указываются в Поручении.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указано с учётом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Клиент оплачивает вознаграждение и расходы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оказанных услуг на основании счёта Экспедитора.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Клиент подписывает акт оказанных услуг или направляет мотивированные возражения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акта. Если в этот срок возражения не поступили, услуги считаются принятыми.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отвечает за утрату, недостачу или повреждение груза с момента его принятия до выдачи грузополучателю, если не докажет, что они произошли вследствие обстоятельств, которые он не мог предотвратить и устранение которых от него не зависело. Размер ответственности определяется статьёй 7 Федерального закона № 87-ФЗ: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утрату или недостачу груза, принятого без объявления ценности, — в размере его документально подтверждённой стоимости;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повреждение такого груза — в размере суммы, на которую понизилась его стоимость, а при невозможности восстановления — в размере его стоимости;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груз, принятый с объявленной ценностью, — в размере объявленной ценности или её соответствующей части.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Груз считается утраченным, если он не выдан грузополучателю в течение 30 (тридцати) дней со дня окончания срока доставки, указанного в Поручении.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Помимо возмещения ущерба Экспедитор возвращает Клиенту вознаграждение, уплаченное за экспедирование утраченного или повреждённого груза, пропорционально стоимости утраченного или повреждённого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доставки груза по вине Экспедитора он уплачивает Клиенту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вознаграждения за каждые сутки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[50 (пятидесяти)]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вознаграждения по соответствующему Поручению.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оплаты Клиент уплачивает Экспедитору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Клиент возмещает убытки, причинённые Экспедитору вследствие предоставления недостоверной информации о свойствах груза.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Претензии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предъявления к Экспедитору иска Клиент направляет ему письменную претензию. Претензия предъявляется в течение 6 (шести) месяцев со дня возникновения права на её предъявление. К претензии об утрате, недостаче или повреждении груза прилагаются документы, подтверждающие право на её предъявление, количество и стоимость груза.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Экспедитор рассматривает претензию и письменно сообщает Клиенту о результатах в течение 30 (тридцати)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Ивановской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окончания срока не заявит о его прекращении, Договор продлевается на каждый следующий календарный год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отказаться от исполнения Договора, письменно предупредив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 Сторона, заявившая об отказе, возмещает другой Стороне убытки, вызванные расторжением Договора. Принятые к исполнению Поручения исполняются на условиях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Поручения и уведомления Стороны направляют по адресам электронной почты и через информационную систему, указанные в разделе 9 Договора. Сообщение считается полученным в день его отправки, если отправитель не получил уведомление о недоставке.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№ 1 — Форма поручения экспедитору.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Клиент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Экспедитор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подписанием проверьте, что экспедитор есть в реестре уведомлений о транспортно-экспедиционной деятельности на платформе «ГосЛог»: с 1 марта 2026 года работать без внесения в реестр экспедитор не вправе.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транспортной экспедиции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Поручение экспедитору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груза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Масса, объём, количество мест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[масса]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кг,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м,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мест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Упаковка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упаковки, например: паллеты, стрейч-плёнка]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груза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Грузоотправитель, адрес и время погрузки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Грузополучатель, адрес и время выгрузки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Требования к транспортному средству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[тип кузова, грузоподъёмность]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доставки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Вознаграждение Экспедитора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 НДС или без НДС]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Возмещаемые расходы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[состав расходов]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Клиент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Поручение принял Экспедитор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на организацию автоперевозок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