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Лицензионный 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права использования товарного знака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правообладателя,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«Лицензиар»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лицензиата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«Лицензиат»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Лицензиар предоставляет Лицензиату за вознаграждение право использования товарного знака по свидетельству Российской Федерации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свидетельства]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дата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 действия исключительного права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Товарный знак), в пределах и способами, установленными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Изображение Товарного знака приведено в Приложении № 1 к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Лицензиату предоставляется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простая (неисключительная) лицензия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Лицензиар сохраняет право использовать Товарный знак самостоятельно и выдавать лицензии другим лицам.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Право использования предоставляется в отношении следующих товаров (услуг), для которых зарегистрирован Товарный знак: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товаров и услуг с указанием классов МКТУ, например: класс 30 — кофе, чай; класс 43 — услуги кафе]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вправе использовать Товарный знак следующими способами: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размещать Товарный знак на товарах, их этикетках и упаковке, которые производятся, предлагаются к продаже и продаются на территории действия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Товарный знак при оказании услуг, указанных в пункте 1.4 Договора, на вывесках и в помещениях Лицензиата;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размещать Товарный знак на документации, в рекламе, на сайте Лицензиата и на страницах продавца на маркетплейсах.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Территория использования Товарного знака: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[территория, например: Российская Федерация]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Права, прямо не указанные в Договоре, Лицензиату не предоставляются.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действия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с даты государственной регистрации предоставления права использования Товарного знака.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приобретает право использования Товарного знака с даты государственной регистрации предоставления права по Договору в федеральном органе исполнительной власти по интеллектуальной собственности (Роспатенте).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Государственная регистрация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Заявление о государственной регистрации предоставления права использования Товарного знака подаёт Лицензиат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 даты подписания Договора. Лицензиар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передаёт Лицензиату подписанное уведомление о предоставлении права использования, доверенность на подачу заявления и иные необходимые документы.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Патентную пошлину за регистрацию уплачивает Лицензиат.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своевременно отвечают на запросы Роспатента и устраняют недостатки, препятствующие регистрации.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Вознаграждение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предоставление права использования Товарного знака Лицензиат уплачивает Лицензиару вознаграждение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за каждый календарный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действия Договора начиная с месяца, в котором произведена государственная регистрация.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указано с учётом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уплачивается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[10-го]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оплачиваемым, путём перечисления на расчётный счёт Лицензиара.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Качество товаров и контроль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обязан обеспечивать качество товаров и услуг, на которых и при оказании которых он использует Товарный знак, не ниже требований, установленных Лицензиаром в Приложении № 2 к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Лицензиар вправе контролировать соблюдение требований к качеству: запрашивать образцы продукции, документы о соответствии и посещать места производства и продажи с предварительным уведомлением Лицензиата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использует Товарный знак в том виде, в каком он зарегистрирован, без изменения его графики и цветового исполнения.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и Лицензиар несут солидарную ответственность по требованиям, предъявляемым к Лицензиату как изготовителю товаров.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Лицензиар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действие исключительного права на Товарный знак, в том числе своевременно продлевать срок его регистрации;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воздерживаться от действий, препятствующих использованию Товарного знака Лицензиатом в пределах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сообщать Лицензиату о нарушениях прав на Товарный знак третьими лицами, ставших ему известными.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Товарный знак только в пределах, установленных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уплачивать вознаграждение в порядке и сроки, установленные разделом 4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представлять Лицензиару по его требованию отчёт об использовании Товарного знака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требования;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сообщать Лицензиару о ставших ему известными нарушениях прав на Товарный знак.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не вправе предоставлять право использования Товарного знака третьим лицам (заключать сублицензионные договоры) без предварительного письменного согласия Лицензиара.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Лицензиар гарантирует, что является обладателем исключительного права на Товарный знак, право не оспаривается, не обременено правами третьих лиц, препятствующими исполнению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уплаты вознаграждения Лицензиат уплачивает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Использование Товарного знака способом, не предусмотренным Договором, по прекращении Договора либо иным образом за пределами прав, предоставленных Договором, влечёт ответственность за нарушение исключительного права.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Изменение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и расторжение Договора подлежат государственной регистрации в Роспатенте.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существенном нарушении Лицензиатом обязанности уплатить вознаграждение Лицензиар вправе в одностороннем порядке отказаться от Договора и потребовать возмещения убытков. Договор прекращается по истечении 30 (тридцати) дней с момента получения Лицензиатом уведомления об отказе, если в этот срок вознаграждение не будет уплачено.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 при прекращении исключительного права на Товарный знак.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Переход исключительного права на Товарный знак к другому лицу не является основанием для изменения или расторжения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прекращения Договора Лицензиат вправе реализовать товары, на которые Товарный знак был нанесён в период действия Договора,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разрешаются в претензионном порядке.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Ивановской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трёх экземплярах, имеющих одинаковую юридическую силу: по одному для каждой из Сторон и один для Роспатента.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Изображение Товарного знака;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Требования к качеству товаров и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Лицензиар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Лицензиат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Без государственной регистрации в Роспатенте предоставление права использования товарного знака считается несостоявшимся. Подайте заявление сразу после подписания и не начинайте использование до внесения записи в реестр.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Лицензионному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Изображение товарного знака</w:t>
      </w: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[вставьте изображение товарного знака из свидетельства № 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Свидетельство на товарный знак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цветовое исполнение: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[цвета или «чёрно-белое»]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2 к Лицензионному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Требования к качеству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товаров и услуг под товарным знаком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Товары соответствуют обязательным требованиям технических регламентов и иных нормативных актов,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[стандарту или техническим условиям Лицензиара, например: ТУ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производства используются сырьё и материалы, согласованные с Лицензиаром: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ссылка на спецификацию]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Упаковка и маркировка выполняются по макетам, утверждённым Лицензиаром.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в соответствии со стандартом обслуживания Лицензиара: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и дата стандарта]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Лицензиат хранит документы о соответствии продукции в течение срока действия Договора и представляет их Лицензиару по запросу.</w:t>
      </w:r>
    </w:p>
    <w:p>
      <w:pPr>
        <w:spacing w:before="0" w:after="120" w:line="276" w:lineRule="auto"/>
        <w:jc w:val="center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Лицензиар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Лицензиат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товарного знака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