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[Наименование юридической компании или ФИО индивидуального предпринимателя]</w:t>
      </w:r>
    </w:p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ОГРН (ОГРНИП)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·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офиса]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·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[телефон]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·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·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[сайт]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Кому: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 руководителя, например: Генеральному директору]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компании-адресата]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руководителя]</w:t>
      </w:r>
    </w:p>
    <w:p>
      <w:pPr>
        <w:spacing w:before="0" w:after="200" w:line="276" w:lineRule="auto"/>
        <w:jc w:val="both"/>
      </w:pP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Исх.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Коммерческое предложение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на абонентское юридическое обслуживание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Уважаемый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[имя и отчество руководителя]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!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Благодарим за интерес к нашим услугам и за встречу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встречи или звонка]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По итогам обсуждения мы подготовили предложение по юридическому сопровождению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компании-адресата]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 Его цель — снять с вашей команды текущую договорную и претензионную работу и снизить риски штрафов и судебных споров.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1. Задачи, которые мы решаем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 итогам встречи мы выделили задачи, с которыми ваша компания сталкивается чаще всего: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проверка и согласование договоров с поставщиками и покупателями, в том числе протоколов разногласий;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работа с дебиторской задолженностью: претензии, переговоры, взыскание через суд;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ответы на требования и запросы контролирующих органов;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юридическое сопровождение трудовых отношений: кадровые документы, увольнения, споры с работниками;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корпоративные вопросы: решения участника, смена директора, изменения в ЕГРЮЛ.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2. Состав услуг и стоимость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Абонентское обслуживание включает следующий объём услуг в месяц: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Услуга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Объём в месяц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Устные и письменные консультации по телефону, в мессенджере и по электронной почте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без ограничений, ответ в течение 1 рабочего дня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Разработка и правовая экспертиза договоров, протоколов разногласий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до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[количество]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документов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Подготовка претензий, писем, ответов контрагентам и госорганам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до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[количество]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документов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Подготовка кадровых и корпоративных документов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до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[количество]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документов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Выезд юриста в офис компании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[количество]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выезда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Ежемесячный отчёт о выполненной работе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1 отчёт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Стоимость абонентского обслуживания —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) рублей в месяц.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НДС: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[ставка НДС или основание освобождения]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Услуги сверх абонентского объёма, а также представительство в суде оплачиваются отдельно: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Услуга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Стоимость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Час работы юриста сверх абонентского объёма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рублей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Подготовка искового заявления и представительство в арбитражном суде первой инстанции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от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рублей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Участие в переговорах с контрагентом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рублей за встречу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 стоимость не включены государственные пошлины, нотариальные тарифы, почтовые и транспортные расходы за пределами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: они компенсируются по фактическим затратам после согласования с вами.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3. Как будет организована работа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Подписываем договор абонентского юридического обслуживания и соглашение о конфиденциальности.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 течение первых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рабочих дней проводим экспресс-аудит действующих договоров и кадровых документов и даём письменный перечень рисков.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За компанией закрепляется ответственный юрист: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юриста]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[опыт и специализация, например: 8 лет практики в арбитражных и договорных спорах]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Заявки принимаются в чате или по электронной почте; срочные вопросы решаются в тот же день.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[число]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числа каждого месяца направляем отчёт: какие задачи выполнены, сколько документов подготовлено, какие риски выявлены.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4. Условия оплаты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Абонентская плата вносится авансом до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[число]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числа текущего месяца на основании счёта.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Минимальный срок обслуживания —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месяца. Далее договор продлевается автоматически, отказаться от него можно с уведомлением за 30 дней.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При заключении договора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месяцев и более предоставляется скидка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[размер]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% на абонентскую плату.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5. Почему стоит выбрать нас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лет работы с компаниями из сферы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[отрасль клиента]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Более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проведённых судебных дел,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из них в арбитражных судах.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Профессиональная ответственность застрахована на сумму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рублей.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Все документы проходят двойную проверку: исполнитель и руководитель практики.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Строгая конфиденциальность: доступ к вашим документам имеют только закреплённые юристы.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Мы не обещаем гарантированный исход судебных дел, поскольку решение принимает суд. Мы гарантируем качество подготовки позиции, соблюдение сроков и прозрачную отчётность.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6. Срок действия предложения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Предложение действует до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 г.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Оно носит информационный характер и не является офертой. Окончательный объём услуг, стоимость и порядок взаимодействия закрепляются в договоре оказания юридических услуг.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Будем рады ответить на вопросы и обсудить предложение на встрече. Контактное лицо: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[телефон]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Приложения: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Проект договора абонентского юридического обслуживания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Презентация компании и рекомендательные письма клиентов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[Должность, например: Управляющий партнёр]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Перед отправкой уберите из текста задачи, которые не обсуждались с клиентом, и проверьте, что срок действия предложения ещё не истёк.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Коммерческое предложение на абонентское юридическое обслуживание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