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Протокол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внеочередного общего собрания собственников помещений в многоквартирном доме по адресу: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[город, улица, номер дома]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, проводимого в форме очно-заочного голосования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очной части собрания и приёма решений, например: г. Иваново, ул. Лесная, д. 5, помещение у подъезда № 1]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подведения итогов]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Вводная часть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Инициатор собрания: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собственник помещения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документ о праве собственности: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[выписка из ЕГРН № ... от ... или иной документ]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Форма и сроки проведения.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Очное обсуждение вопросов повестки дня состоялось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Заочная часть голосования (приём письменных решений собственников) проводилась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включительно. Решения принимались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или номер квартиры, куда сдавались решения]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Сообщение о проведении собрания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вручено каждому собственнику под подпись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то есть не позднее чем за 10 дней до даты очной части собрания (часть 4 статьи 45 Жилищного кодекса Российской Федерации).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Председатель собрания: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собственник помещения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Секретарь собрания: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собственник помещения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Счётная комиссия: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пом.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;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пом.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Сведения о доме и голосах.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Общая площадь жилых и нежилых помещений в доме, принадлежащих собственникам: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кв. м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Общее количество голосов собственников: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голосов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(1 голос = 1 кв. м площади помещения, количество голосов пропорционально доле в праве общей собственности, часть 3 статьи 48 Жилищного кодекса Российской Федерации).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Участие и кворум.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собрании приняли участие собственники и их представители в количестве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человек, обладающие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голосами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[процент]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%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общего количества голосов собственников. Кворум имеется, собрание правомочно принимать решения по вопросам повестки дня (часть 3 статьи 45 Жилищного кодекса Российской Федерации).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Сведения о лицах, принявших участие в собрании, приведены в Приложении № 1, список присутствовавших на очной части собрания и приглашённых лиц — в Приложении № 3.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Повестка дня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Избрание председателя и секретаря общего собрания, членов счётной комиссии с наделением их полномочиями по подсчёту голосов и подписанию протокола.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Избрание совета многоквартирного дома в составе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человек и председателя совета многоквартирного дома.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Утверждение способа направления сообщений о проведении последующих общих собраний и уведомления об их итогах путём размещения на информационных стендах в каждом подъезде дома.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Определение места хранения копий протокола общего собрания и решений собственников.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Основная часть</w:t>
      </w:r>
    </w:p>
    <w:p>
      <w:pPr>
        <w:keepNext/>
        <w:spacing w:before="160" w:after="8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1. Вопрос, поставленный на голосование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Избрание председателя и секретаря общего собрания, членов счётной комиссии с наделением их полномочиями по подсчёту голосов и подписанию протокола.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Предложено: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избрать председателем собрания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секретарём собрания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членами счётной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 наделить указанных лиц полномочиями по подсчёту голосов и подписанию протокола.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Решили (постановили):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118"/>
        <w:gridCol w:w="3118"/>
        <w:gridCol w:w="3118"/>
      </w:tblGrid>
      <w:tr>
        <w:trPr>
          <w:cantSplit/>
        </w:trPr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Против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Воздержался</w:t>
            </w:r>
          </w:p>
        </w:tc>
      </w:tr>
      <w:tr>
        <w:trPr>
          <w:cantSplit/>
        </w:trPr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голосов (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[процент]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%)</w:t>
            </w:r>
          </w:p>
        </w:tc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голосов (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[процент]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%)</w:t>
            </w:r>
          </w:p>
        </w:tc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голосов (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[процент]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%)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Решение принято большинством голосов от общего числа голосов собственников, принявших участие в собрании.</w:t>
      </w:r>
    </w:p>
    <w:p>
      <w:pPr>
        <w:keepNext/>
        <w:spacing w:before="160" w:after="8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2. Вопрос, поставленный на голосование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Избрание совета многоквартирного дома в составе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человек и председателя совета многоквартирного дома.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Предложено: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избрать совет многоквартирного дома в составе: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пом.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;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пом.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;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пом.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Председателем совета многоквартирного дома избрать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пом.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Срок полномочий совета — два года (часть 10 статьи 161.1 Жилищного кодекса Российской Федерации).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Решили (постановили):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118"/>
        <w:gridCol w:w="3118"/>
        <w:gridCol w:w="3118"/>
      </w:tblGrid>
      <w:tr>
        <w:trPr>
          <w:cantSplit/>
        </w:trPr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Против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Воздержался</w:t>
            </w:r>
          </w:p>
        </w:tc>
      </w:tr>
      <w:tr>
        <w:trPr>
          <w:cantSplit/>
        </w:trPr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голосов (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[процент]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%)</w:t>
            </w:r>
          </w:p>
        </w:tc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голосов (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[процент]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%)</w:t>
            </w:r>
          </w:p>
        </w:tc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голосов (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[процент]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%)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Решение принято большинством голосов от общего числа голосов собственников, принявших участие в собрании.</w:t>
      </w:r>
    </w:p>
    <w:p>
      <w:pPr>
        <w:keepNext/>
        <w:spacing w:before="160" w:after="8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3. Вопрос, поставленный на голосование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Утверждение способа направления сообщений о проведении последующих общих собраний и уведомления об их итогах путём размещения на информационных стендах в каждом подъезде дома.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Предложено: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сообщения о проведении общих собраний собственников и уведомления о принятых решениях и итогах голосования размещать на информационных стендах на первом этаже каждого подъезда дома.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Решили (постановили):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118"/>
        <w:gridCol w:w="3118"/>
        <w:gridCol w:w="3118"/>
      </w:tblGrid>
      <w:tr>
        <w:trPr>
          <w:cantSplit/>
        </w:trPr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Против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Воздержался</w:t>
            </w:r>
          </w:p>
        </w:tc>
      </w:tr>
      <w:tr>
        <w:trPr>
          <w:cantSplit/>
        </w:trPr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голосов (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[процент]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%)</w:t>
            </w:r>
          </w:p>
        </w:tc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голосов (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[процент]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%)</w:t>
            </w:r>
          </w:p>
        </w:tc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голосов (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[процент]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%)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Решение принято большинством голосов от общего числа голосов собственников, принявших участие в собрании.</w:t>
      </w:r>
    </w:p>
    <w:p>
      <w:pPr>
        <w:keepNext/>
        <w:spacing w:before="160" w:after="8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4. Вопрос, поставленный на голосование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Определение места хранения копий протокола общего собрания и решений собственников.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Предложено: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хранить копии протокола и решений собственников у председателя совета многоквартирного дома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[адрес, номер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Подлинники протокола и решений направить в управляющую организацию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для передачи в орган государственного жилищного надзора.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Решили (постановили):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118"/>
        <w:gridCol w:w="3118"/>
        <w:gridCol w:w="3118"/>
      </w:tblGrid>
      <w:tr>
        <w:trPr>
          <w:cantSplit/>
        </w:trPr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Против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Воздержался</w:t>
            </w:r>
          </w:p>
        </w:tc>
      </w:tr>
      <w:tr>
        <w:trPr>
          <w:cantSplit/>
        </w:trPr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голосов (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[процент]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%)</w:t>
            </w:r>
          </w:p>
        </w:tc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голосов (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[процент]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%)</w:t>
            </w:r>
          </w:p>
        </w:tc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голосов (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[процент]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%)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Решение принято большинством голосов от общего числа голосов собственников, принявших участие в собрании.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Место хранения документов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Подлинники протокола и решений собственников в течение 10 дней после проведения собрания передаются инициатором в управляющую организацию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[наименование, 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для направления в орган государственного жилищного надзора (часть 1 статьи 46 Жилищного кодекса Российской Федерации). Копии протокола и решений хранятся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[адрес, номер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Сведения о лицах, принявших участие в общем собрании (номер помещения, имя и первая буква фамилии собственника, количество голосов),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сообщения о проведении общего собрания и реестр его вручения собственникам под подпись,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Список лиц, присутствовавших на очной части собрания, и приглашённых лиц,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Доверенности (копии) представителей собственников,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Письменные решения собственников по вопросам повестки дня,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Документы, рассмотренные собранием (при наличии),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Страницы протокола и всех приложений пронумеруйте и сшейте, последнюю страницу подпишет председатель собрания. Номер и признак приложения пишутся на первом листе каждого приложения.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Подписи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Председатель собрания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Секретарь собрания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Член счётной комиссии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Член счётной комиссии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собственников помещений в МКД (очно-заочная форма)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