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 или ресурсоснабжающей организации — исполнителя услуги по отоплению]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перерасчёте платы за отопление в связи с предоставлением услуги ненадлежащего качества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Исполнителем коммунальной услуги по отоплению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услуга по отоплению предоставлялась ненадлежащего качества: температура воздуха в жилых комнатах квартиры составляла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[значение]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°C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нормативной температуре не ниже +18 °C (в угловых комнатах не ниже +20 °C), установленной пунктом 15 приложения № 1 к Правилам предоставления коммунальных услуг собственникам и пользователям помещений в многоквартирных домах и жилых домов, утверждённым постановлением Правительства Российской Федерации от 06.05.2011 № 354 (далее — Правила № 354).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нарушении качества я сообщил(а) в аварийно-диспетчерскую службу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сообщение зарегистрировано под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принял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Проверка проведена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по её результатам составлен акт проверки качества коммунальной услуги, которым зафиксирована температура воздуха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°C в комнате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 Качество услуги восстановлено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Отклонения от требований к качеству отопления: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02"/>
        <w:gridCol w:w="1417"/>
        <w:gridCol w:w="2268"/>
        <w:gridCol w:w="2268"/>
      </w:tblGrid>
      <w:tr>
        <w:trPr>
          <w:cantSplit/>
        </w:trPr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Часов</w:t>
            </w:r>
          </w:p>
        </w:tc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Температура в квартире, °C</w:t>
            </w:r>
          </w:p>
        </w:tc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Отклонение от нормы, °C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[часы]</w:t>
            </w:r>
          </w:p>
        </w:tc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[значение]</w:t>
            </w:r>
          </w:p>
        </w:tc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[значение]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</w:p>
        </w:tc>
        <w:tc>
          <w:tcPr>
            <w:tcW w:type="dxa" w:w="141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[часы]</w:t>
            </w:r>
          </w:p>
        </w:tc>
        <w:tc>
          <w:tcPr>
            <w:tcW w:type="dxa" w:w="22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[значение]</w:t>
            </w:r>
          </w:p>
        </w:tc>
        <w:tc>
          <w:tcPr>
            <w:tcW w:type="dxa" w:w="22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[значение]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4 статьи 157 Жилищного кодекса Российской Федерации, пунктам 98 и 101 Правил № 354 и пункту 15 приложения № 1 к ним, за каждый час отклонения температуры воздуха в жилом помещении от нормативной размер платы за отопление за расчётный период снижается на 0,15 % за каждый градус отклонения, вплоть до полного освобождения от оплаты.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°C × 0,15 % =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%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платы за отопление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при начисленной плате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перерасчёт (снижение) платы за отопление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предоставлением услуги ненадлежащего качества и отразить его в очередном платёжном документе.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к восстановлению нормативной температуры воздуха в квартире, если нарушение продолжается.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о результатах рассмотрения заявления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необоснованном отказе в перерасчёте я оставляю за собой право требовать уплаты штрафа в размере 50 % величины превышения начисленной платы над размером, который должен быть начислен (часть 6 статьи 157 Жилищного кодекса Российской Федерации), и обратиться в государственную жилищную инспекцию и суд.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проверки качества коммунальной услуги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регистрации обращения в аварийно-диспетчерскую службу (номер и время заявки)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показаний термометра с датой и временем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Без зафиксированного обращения в аварийно-диспетчерскую службу и акта проверки перерасчёт почти всегда отклоняют. Если исполнитель не пришёл на проверку, составьте акт сами: его подписывают не менее двух потребителей и председатель совета дома (пункт 110(1) Правил № 354).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перерасчёт платы за отопление в связи с ненадлежащим качеством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