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клиники, например: ООО «Стоматология Улыбка»]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клиники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для ответа]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некачественном оказании стоматологических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Клиника) заключён договор на оказание платных медицинских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 По Договору и плану лечения Клиника обязалась оказать мне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услуг, например: лечение каналов зуба 3.6 и установку металлокерамической коронки на зуб 3.6]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Услуги оказывал врач-стоматолог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полностью оплатил(а) услуги на сумму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кассовыми чеками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чеков]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Гарантийный срок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работы, например: коронку]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установлен Клиникой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или гарантийного талона).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окончания лечения я обнаружил(а) недостатки оказанных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недостатки, например: коронка шатается и натирает десну, при накусывании появляется сильная боль, на снимке видна незапломбированная часть канала]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в Клинику с жалобами, однако недостатки не устранены: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ответили или сделали в Клинике]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меня осмотрел врач-стоматолог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подтвердил недостатки лечения: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[выводы врача, например: некачественная обтурация каналов, нарушение краевого прилегания коронки]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рекомендовал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[рекомендации, например: перелечивание каналов и замену коронки]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исправления лечения по плану этой клиники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оказаны мне для личных нужд, поэтому к нашим отношениям применяется Закон РФ от 07.02.1992 № 2300-1 «О защите прав потребителей» (далее — Закон о защите прав потребителей; часть 8 статьи 84 Федерального закона от 21.11.2011 № 323-ФЗ «Об основах охраны здоровья граждан в Российской Федерации»). По статье 4 Закона о защите прав потребителей Клиника обязана оказать услуги, качество которых соответствует договору и обязательным требованиям. При обнаружении недостатков потребитель вправе потребовать их безвозмездного устранения, уменьшения цены или возмещения расходов на устранение недостатков третьими лицами, а если недостатки не устранены в разумный срок или существенны, отказаться от исполнения договора и потребовать полного возмещения убытков (пункт 1 статьи 29 Закона о защите прав потребителей). Требования о возврате уплаченной суммы и возмещении убытков удовлетворяются в течение 10 дней со дня их предъявления (пункт 1 статьи 31 Закона о защите прав потребителей).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некачественным лечением я испытываю постоянную боль, не могу нормально питаться, вынужден(а) повторно проходить лечение. Причинённый мне моральный вред я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(статья 15 Закона о защите прав потребителей).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4, 13, 15, 29 и 31 Закона о защите прав потребителей, статей 22 и 98 Федерального закона № 323-ФЗ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Требую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мой отказ от исполнения Договора в части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некачественно оказанных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10 дней со дня получения претензии вернуть мне уплаченные за эти услуги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тот же срок возместить расходы на исправление лечения в другой клинике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копию медицинской карты стоматологического пациента, копии рентгеновских снимков и Договора с приложениями (часть 5 статьи 22 Федерального закона № 323-ФЗ).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Деньги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выполнены в срок, я обращусь в суд с иском о взыскании указанных сумм, неустойки в размере 3 % цены услуги за каждый день просрочки (пункт 5 статьи 28, пункт 3 статьи 31 Закона о защите прав потребителей), штрафа в размере 50 % от присуждённой суммы (пункт 6 статьи 13 Закона о защите прав потребителей) и судебных расходов, в том числе на судебно-медицинскую экспертизу.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претензию заказным письмом с описью вложения на адрес клиники из ЕГРЮЛ или вручите администратору под подпись на вашем экземпляре с датой. Десятидневный срок для ответа отсчитывается со дня получения претензии. Сохраните зуб и коронку в прежнем состоянии до осмотра независимым врачом: переделка до фиксации недостатков лишает вас главного доказательства.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планом лечения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кассовых чеков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или выписки врача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плана лечения и сметы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стоматологию о некачественном оказании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