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Кому: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Территориальный орган Федеральной службы по надзору в сфере здравоохранения по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субъекта РФ]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территориального органа с индексом]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кого: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[почтовый адрес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Медицинская организация: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[полное наименование клиники]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[ОГРН]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оказания услуг]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лицензия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лицензии]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Жалоба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на нарушения при оказании платных медицинских услуг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Обстоятельства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заключил(а) с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клиники]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Клиника) договор на оказание платных медицинских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Предмет договора: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услуги, например: лечение кариеса двух зубов, МРТ коленного сустава, удаление новообразования]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Стоимость услуг составила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руб. и оплачена мной полностью,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[кассовый чек или иной документ об оплате]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Услуги оказывал врач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[должность или специальность]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Приём (процедура) проходил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или период]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После оказания услуги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[опишите, что произошло: какие осложнения, ухудшение состояния, повторное обращение, что выявили другие врачи]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Это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[документы: выписка, заключение другого специалиста, результаты обследований]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я направил(а) в Клинику претензию с требованием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[суть требования]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.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 ответ Клиники или укажите, что ответ не получен.]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Нарушения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Медицинская помощь должна оказываться в соответствии с порядками оказания медицинской помощи, на основе клинических рекомендаций и с учётом стандартов медицинской помощи (часть 1 статьи 37 Федерального закона от 21.11.2011 № 323-ФЗ «Об основах охраны здоровья граждан в Российской Федерации», далее — Закон № 323-ФЗ). Считаю, что Клиника этого требования не выполнила: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 чём выразилось нарушение]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Перед вмешательством мне не была предоставлена полная информация о целях, методах, рисках, возможных вариантах вмешательства и его последствиях, как того требует статья 20 Закона № 323-ФЗ: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[что именно не сообщили или в чём недостатки оформления согласия]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Клиника нарушила Правила предоставления медицинскими организациями платных медицинских услуг, утверждённые постановлением Правительства РФ от 11.05.2023 № 736: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[опишите, например: не выдала экземпляр договора, не предоставила смету, не сообщила о возможности получить помощь бесплатно по ОМС]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Ненадлежащее оказание медицинской помощи повлекло вред моему здоровью: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[кратко последствия]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Полагаю, что в деятельности Клиники имеются нарушения обязательных требований, создающие угрозу причинения вреда здоровью других пациентов.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Требования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изложенного, руководствуясь статьёй 88 Закона № 323-ФЗ, Положением о федеральном государственном контроле (надзоре) качества и безопасности медицинской деятельности, утверждённым постановлением Правительства РФ от 29.06.2021 № 1048, и Федеральным законом от 02.05.2006 № 59-ФЗ «О порядке рассмотрения обращений граждан Российской Федерации»,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Провести контрольное (надзорное) мероприятие в отношении Клиники по изложенным фактам.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Проверить наличие у Клиники лицензии на оказанные мне виды работ (услуг) и наличие у врача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врача]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допуска к медицинской деятельности по соответствующей специальности.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Проверить соблюдение Клиникой порядков оказания медицинской помощи, клинических рекомендаций и Правил предоставления платных медицинских услуг.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При выявлении нарушений выдать Клинике предписание об их устранении и привлечь виновных лиц к административной ответственности.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Сообщить мне о результатах рассмотрения жалобы по электронной почте и почтовому адресу, указанным выше.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Согласие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3 статьи 13 Закона № 323-ФЗ даю согласие на использование сведений о моём здоровье, составляющих врачебную тайну, в том числе на ознакомление с моей медицинской документацией в Клинике, в целях рассмотрения настоящей жалобы.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Приложения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Копия договора на оказание платных медицинских услуг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Копии документов об оплате.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Копии медицинских документов: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[выписки, заключения, результаты обследований]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Копия претензии в Клинику и ответа на неё.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Заключение другого специалиста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Подайте жалобу в территориальный орган Росздравнадзора по региону, где находится клиника. Для подачи онлайн войдите в электронную приёмную на сайте roszdravnadzor.gov.ru через Госуслуги и приложите сканы одним PDF-файлом.</w:t>
      </w:r>
    </w:p>
    <w:p>
      <w:pPr>
        <w:spacing w:before="200" w:after="40" w:line="276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Росздравнадзор на частную клинику при некачественных платных медицинских услугах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