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Руководителю Управления Федеральной налоговой службы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УФНС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Через: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инспекции ФНС, вынесшей решение]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инспекции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[КПП]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Апелляционная 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на решение о привлечении к ответственности за совершение налогового правонарушения от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Обжалуемое решение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Инспекция) по результатам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[выездной налоговой проверки]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 период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вынесла решение о привлечении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Заявитель) к ответственности за совершение налогового правонарушения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Решение).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Решением Заявителю доначислены: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пени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штраф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[пункт и статья НК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 Общая сумма —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Решение вручено Заявителю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вручения]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 силу пункта 9 статьи 101 Налогового кодекса Российской Федерации (далее — НК РФ) на дату подачи настоящей жалобы в силу не вступило.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Заявитель считает Решение незаконным в части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[краткое описание оспариваемых эпизодов]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основаниям, изложенным ниже. Акт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Заявитель получил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письменные возражения на него представил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Доводы Заявителя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Эпизод 1.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[краткое название эпизода, например: отказ в вычетах НДС по сделкам с поставщиком]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Инспекция указала (страница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Решения), что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[краткое изложение вывода Инспекции]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этим выводом Заявитель не согласен, поскольку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[изложение позиции с указанием фактов]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документов: договор, первичные документы, переписка, документы о перевозке и приёмке]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[статья НК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[содержание нормы, на которую опирается Заявитель]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Аналогичный подход изложен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судебного акта или письма ФНС России]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Незаконно доначислено по эпизоду: налог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пени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штраф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Нарушение процедуры рассмотрения материалов проверки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[Описание нарушения, например: Заявитель не был ознакомлен с материалами дополнительных мероприятий налогового контроля, на которых основан вывод Инспекции.]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Согласно пункту 14 статьи 101 НК РФ нарушение существенных условий процедуры рассмотрения материалов проверки, в том числе необеспечение возможности участвовать в рассмотрении и представить объяснения, является основанием для отмены решения вышестоящим налоговым органом.</w:t>
      </w:r>
    </w:p>
    <w:p>
      <w:pPr>
        <w:keepNext/>
        <w:spacing w:before="160" w:after="8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Обстоятельства, смягчающие ответственность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Даже если вышестоящий налоговый орган не согласится с доводами Заявителя, размер штрафа подлежит уменьшению с учётом смягчающих обстоятельств (подпункт 3 пункта 1 статьи 112, пункт 3 статьи 114 НК РФ):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[совершение правонарушения впервые, добросовестное исполнение налоговых обязанностей в предыдущие периоды, социальная значимость деятельности, несоразмерность штрафа последствиям]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138, 139.1, 139.2 и 140 НК РФ,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Отменить Решение Инспекции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части доначисления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налога]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рублей, соответствующих пеней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и штрафа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остальной части уменьшить размер штрафа не менее чем в два раза с учётом смягчающих обстоятельств.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Решение по жалобе направить Заявителю через личный кабинет налогоплательщика и по телекоммуникационным каналам связи.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Решения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акта налоговой проверки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возражений на него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доводы Заявителя,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в УФНС на решение ИФНС по итогам налоговой проверки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