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Фрунзенскому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начальника — если известно]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краже имущества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возбудить уголовное дело в отношении неустановленного лица, которое тайно похитило принадлежащее мне имущество на общую сумму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по признакам преступления, предусмотренного статьёй 158 Уголовного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находился(ась)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[место, например: в автобусе маршрута № 15 на участке от остановки «Площадь Пушкина» до остановки «ТЦ Тополь»]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Принадлежащее мне имущество находилось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именно, например: в закрытой на молнию сумке, которая висела у меня на плече]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обнаружил(а),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 обнаружили пропажу, например: молния сумки расстёгнута, телефон и кошелёк отсутствуют]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последний раз я видел(а) эти вещи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[когда и где]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Разрешения брать или распоряжаться моим имуществом я никому не давал(а).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Рядом со мной находился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[приметы людей, которые были рядом, если запомнили]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 месте кражи установлены камеры видеонаблюдения: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именно, например: в салоне автобуса, на остановке]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Похищенное имущество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638"/>
        <w:gridCol w:w="4157"/>
        <w:gridCol w:w="1559"/>
      </w:tblGrid>
      <w:tr>
        <w:trPr>
          <w:cantSplit/>
        </w:trPr>
        <w:tc>
          <w:tcPr>
            <w:tcW w:type="dxa" w:w="36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</w:t>
            </w:r>
          </w:p>
        </w:tc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Индивидуальные признаки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36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[Мобильный телефон, марка и модель]</w:t>
            </w:r>
          </w:p>
        </w:tc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IMEI: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цвет: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SIM-карта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[оператор]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номер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[приметы: чехол, повреждения]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6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[Кошелёк]</w:t>
            </w:r>
          </w:p>
        </w:tc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[цвет, материал]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63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Наличные денежные средства</w:t>
            </w:r>
          </w:p>
        </w:tc>
        <w:tc>
          <w:tcPr>
            <w:tcW w:type="dxa" w:w="41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находились в кошельке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363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4158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Размер ущерба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причинён ущерб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 является для меня значительным: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на моём иждивении находится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[кто, например: несовершеннолетний ребёнок]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ежемесячно я оплачиваю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[обязательные платежи, например: кредит в размере 12 000 рублей]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в книге учёта сообщений о преступлениях и выдать мне талон-уведомление.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 возбудить уголовное дело по признакам преступления, предусмотренного статьёй 158 Уголовного кодекса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меры к сохранению и изъятию записей камер видеонаблюдения с места кражи.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запросы операторам связи для установления местонахождения телефона по IMEI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потерпевшим(ей) по уголовному делу.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принятом решении по телефону или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Уголовного кодекса Российской Федерации предупреждён(а).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на покупку телефона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Фотография коробки от телефона с IMEI на 1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похищены банковские карты, заблокируйте их и сообщите банку о спорных операциях не позднее следующего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краже имущества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