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line="240" w:lineRule="auto"/>
        <w:ind w:left="4819"/>
        <w:jc w:val="left"/>
      </w:pPr>
      <w:r>
        <w:rPr>
          <w:rFonts w:ascii="Times New Roman" w:hAnsi="Times New Roman" w:eastAsia="Times New Roman"/>
          <w:b/>
          <w:i w:val="0"/>
          <w:color w:val="1A1A1A"/>
          <w:sz w:val="24"/>
        </w:rPr>
        <w:t>Кому:</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[наименование продавца, например, ООО «Обувь для всех»]</w:t>
      </w:r>
    </w:p>
    <w:p>
      <w:pPr>
        <w:spacing w:before="0" w:after="20" w:line="240" w:lineRule="auto"/>
        <w:ind w:left="4819"/>
        <w:jc w:val="left"/>
      </w:pPr>
      <w:r>
        <w:rPr>
          <w:rFonts w:ascii="Times New Roman" w:hAnsi="Times New Roman" w:eastAsia="Times New Roman"/>
          <w:b w:val="0"/>
          <w:i w:val="0"/>
          <w:color w:val="1A1A1A"/>
          <w:sz w:val="24"/>
        </w:rPr>
        <w:t xml:space="preserve">ИНН </w:t>
      </w:r>
      <w:r>
        <w:rPr>
          <w:rFonts w:ascii="Times New Roman" w:hAnsi="Times New Roman" w:eastAsia="Times New Roman"/>
          <w:b w:val="0"/>
          <w:i w:val="0"/>
          <w:color w:val="1A1A1A"/>
          <w:sz w:val="24"/>
        </w:rPr>
        <w:t>[ИНН продавца]</w:t>
      </w:r>
    </w:p>
    <w:p>
      <w:pPr>
        <w:spacing w:before="0" w:after="20" w:line="240" w:lineRule="auto"/>
        <w:ind w:left="4819"/>
        <w:jc w:val="left"/>
      </w:pPr>
      <w:r>
        <w:rPr>
          <w:rFonts w:ascii="Times New Roman" w:hAnsi="Times New Roman" w:eastAsia="Times New Roman"/>
          <w:b w:val="0"/>
          <w:i w:val="0"/>
          <w:color w:val="1A1A1A"/>
          <w:sz w:val="24"/>
        </w:rPr>
        <w:t xml:space="preserve">Адрес: </w:t>
      </w:r>
      <w:r>
        <w:rPr>
          <w:rFonts w:ascii="Times New Roman" w:hAnsi="Times New Roman" w:eastAsia="Times New Roman"/>
          <w:b w:val="0"/>
          <w:i w:val="0"/>
          <w:color w:val="1A1A1A"/>
          <w:sz w:val="24"/>
        </w:rPr>
        <w:t>[адрес продавца по ЕГРЮЛ/ЕГРИП или из кассового чека]</w:t>
      </w:r>
    </w:p>
    <w:p>
      <w:pPr>
        <w:spacing w:before="0" w:after="40" w:line="276" w:lineRule="auto"/>
        <w:ind w:left="4819"/>
        <w:jc w:val="left"/>
      </w:pPr>
    </w:p>
    <w:p>
      <w:pPr>
        <w:spacing w:before="0" w:after="20" w:line="240" w:lineRule="auto"/>
        <w:ind w:left="4819"/>
        <w:jc w:val="left"/>
      </w:pPr>
      <w:r>
        <w:rPr>
          <w:rFonts w:ascii="Times New Roman" w:hAnsi="Times New Roman" w:eastAsia="Times New Roman"/>
          <w:b/>
          <w:i w:val="0"/>
          <w:color w:val="1A1A1A"/>
          <w:sz w:val="24"/>
        </w:rPr>
        <w:t>От кого:</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[ФИО полностью]</w:t>
      </w:r>
    </w:p>
    <w:p>
      <w:pPr>
        <w:spacing w:before="0" w:after="20" w:line="240" w:lineRule="auto"/>
        <w:ind w:left="4819"/>
        <w:jc w:val="left"/>
      </w:pPr>
      <w:r>
        <w:rPr>
          <w:rFonts w:ascii="Times New Roman" w:hAnsi="Times New Roman" w:eastAsia="Times New Roman"/>
          <w:b w:val="0"/>
          <w:i w:val="0"/>
          <w:color w:val="1A1A1A"/>
          <w:sz w:val="24"/>
        </w:rPr>
        <w:t xml:space="preserve">Адрес: </w:t>
      </w:r>
      <w:r>
        <w:rPr>
          <w:rFonts w:ascii="Times New Roman" w:hAnsi="Times New Roman" w:eastAsia="Times New Roman"/>
          <w:b w:val="0"/>
          <w:i w:val="0"/>
          <w:color w:val="1A1A1A"/>
          <w:sz w:val="24"/>
        </w:rPr>
        <w:t>[адрес для почтовой корреспонденции]</w:t>
      </w:r>
    </w:p>
    <w:p>
      <w:pPr>
        <w:spacing w:before="0" w:after="20" w:line="240" w:lineRule="auto"/>
        <w:ind w:left="4819"/>
        <w:jc w:val="left"/>
      </w:pPr>
      <w:r>
        <w:rPr>
          <w:rFonts w:ascii="Times New Roman" w:hAnsi="Times New Roman" w:eastAsia="Times New Roman"/>
          <w:b w:val="0"/>
          <w:i w:val="0"/>
          <w:color w:val="1A1A1A"/>
          <w:sz w:val="24"/>
        </w:rPr>
        <w:t xml:space="preserve">Телефон: </w:t>
      </w:r>
      <w:r>
        <w:rPr>
          <w:rFonts w:ascii="Times New Roman" w:hAnsi="Times New Roman" w:eastAsia="Times New Roman"/>
          <w:b w:val="0"/>
          <w:i w:val="0"/>
          <w:color w:val="1A1A1A"/>
          <w:sz w:val="24"/>
        </w:rPr>
        <w:t>[номер телефона]</w:t>
      </w:r>
    </w:p>
    <w:p>
      <w:pPr>
        <w:spacing w:before="0" w:after="20" w:line="240" w:lineRule="auto"/>
        <w:ind w:left="4819"/>
        <w:jc w:val="left"/>
      </w:pPr>
      <w:r>
        <w:rPr>
          <w:rFonts w:ascii="Times New Roman" w:hAnsi="Times New Roman" w:eastAsia="Times New Roman"/>
          <w:b w:val="0"/>
          <w:i w:val="0"/>
          <w:color w:val="1A1A1A"/>
          <w:sz w:val="24"/>
        </w:rPr>
        <w:t xml:space="preserve">Эл. почта: </w:t>
      </w:r>
      <w:r>
        <w:rPr>
          <w:rFonts w:ascii="Times New Roman" w:hAnsi="Times New Roman" w:eastAsia="Times New Roman"/>
          <w:b w:val="0"/>
          <w:i w:val="0"/>
          <w:color w:val="1A1A1A"/>
          <w:sz w:val="24"/>
        </w:rPr>
        <w:t>[адрес электронной почты]</w:t>
      </w:r>
    </w:p>
    <w:p>
      <w:pPr>
        <w:spacing w:before="0" w:after="200" w:line="276" w:lineRule="auto"/>
        <w:jc w:val="both"/>
      </w:pPr>
    </w:p>
    <w:p>
      <w:pPr>
        <w:keepNext/>
        <w:spacing w:before="240" w:after="40" w:line="240" w:lineRule="auto"/>
        <w:jc w:val="center"/>
      </w:pPr>
      <w:r>
        <w:rPr>
          <w:rFonts w:ascii="Times New Roman" w:hAnsi="Times New Roman" w:eastAsia="Times New Roman"/>
          <w:b/>
          <w:caps/>
          <w:color w:val="000000"/>
          <w:sz w:val="30"/>
          <w:spacing w:val="30"/>
        </w:rPr>
        <w:t>Претензия</w:t>
      </w:r>
    </w:p>
    <w:p>
      <w:pPr>
        <w:spacing w:before="0" w:after="80" w:line="240" w:lineRule="auto"/>
        <w:jc w:val="center"/>
      </w:pPr>
      <w:r>
        <w:rPr>
          <w:rFonts w:ascii="Times New Roman" w:hAnsi="Times New Roman" w:eastAsia="Times New Roman"/>
          <w:b w:val="0"/>
          <w:i/>
          <w:color w:val="1A1A1A"/>
          <w:sz w:val="24"/>
        </w:rPr>
        <w:t>об отказе от договора купли-продажи обуви ненадлежащего качества и возврате денежных средств</w:t>
      </w:r>
    </w:p>
    <w:p>
      <w:pPr>
        <w:spacing w:before="0" w:after="280" w:line="144" w:lineRule="auto"/>
        <w:jc w:val="center"/>
      </w:pPr>
      <w:r>
        <w:rPr>
          <w:rFonts w:ascii="Times New Roman" w:hAnsi="Times New Roman" w:eastAsia="Times New Roman"/>
          <w:color w:val="000000"/>
          <w:sz w:val="18"/>
        </w:rPr>
        <w:t>━━━━━━</w:t>
      </w:r>
    </w:p>
    <w:p>
      <w:pPr>
        <w:spacing w:before="0" w:after="120" w:line="276" w:lineRule="auto"/>
        <w:ind w:firstLine="709"/>
        <w:jc w:val="both"/>
      </w:pPr>
      <w:r>
        <w:rPr>
          <w:rFonts w:ascii="Times New Roman" w:hAnsi="Times New Roman" w:eastAsia="Times New Roman"/>
          <w:b w:val="0"/>
          <w:i w:val="0"/>
          <w:color w:val="1A1A1A"/>
          <w:sz w:val="24"/>
        </w:rPr>
        <w:t>[Дата покупки]</w:t>
      </w:r>
      <w:r>
        <w:rPr>
          <w:rFonts w:ascii="Times New Roman" w:hAnsi="Times New Roman" w:eastAsia="Times New Roman"/>
          <w:b w:val="0"/>
          <w:i w:val="0"/>
          <w:color w:val="1A1A1A"/>
          <w:sz w:val="24"/>
        </w:rPr>
        <w:t xml:space="preserve"> г. в магазине продавца по адресу </w:t>
      </w:r>
      <w:r>
        <w:rPr>
          <w:rFonts w:ascii="Times New Roman" w:hAnsi="Times New Roman" w:eastAsia="Times New Roman"/>
          <w:b w:val="0"/>
          <w:i w:val="0"/>
          <w:color w:val="1A1A1A"/>
          <w:sz w:val="24"/>
        </w:rPr>
        <w:t>[адрес магазина или сайт интернет-магазина]</w:t>
      </w:r>
      <w:r>
        <w:rPr>
          <w:rFonts w:ascii="Times New Roman" w:hAnsi="Times New Roman" w:eastAsia="Times New Roman"/>
          <w:b w:val="0"/>
          <w:i w:val="0"/>
          <w:color w:val="1A1A1A"/>
          <w:sz w:val="24"/>
        </w:rPr>
        <w:t xml:space="preserve"> я приобрёл(а) обувь: </w:t>
      </w:r>
      <w:r>
        <w:rPr>
          <w:rFonts w:ascii="Times New Roman" w:hAnsi="Times New Roman" w:eastAsia="Times New Roman"/>
          <w:b w:val="0"/>
          <w:i w:val="0"/>
          <w:color w:val="1A1A1A"/>
          <w:sz w:val="24"/>
        </w:rPr>
        <w:t>[наименование, модель, артикул, цвет, размер, например: сапоги женские зимние кожаные, арт. 12345, чёрные, р. 38]</w:t>
      </w:r>
      <w:r>
        <w:rPr>
          <w:rFonts w:ascii="Times New Roman" w:hAnsi="Times New Roman" w:eastAsia="Times New Roman"/>
          <w:b w:val="0"/>
          <w:i w:val="0"/>
          <w:color w:val="1A1A1A"/>
          <w:sz w:val="24"/>
        </w:rPr>
        <w:t xml:space="preserve"> (далее — Товар). Цена Товара составила </w:t>
      </w:r>
      <w:r>
        <w:rPr>
          <w:rFonts w:ascii="Times New Roman" w:hAnsi="Times New Roman" w:eastAsia="Times New Roman"/>
          <w:b w:val="0"/>
          <w:i w:val="0"/>
          <w:color w:val="1A1A1A"/>
          <w:sz w:val="24"/>
        </w:rPr>
        <w:t>[сумма цифрами]</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[сумма прописью]</w:t>
      </w:r>
      <w:r>
        <w:rPr>
          <w:rFonts w:ascii="Times New Roman" w:hAnsi="Times New Roman" w:eastAsia="Times New Roman"/>
          <w:b w:val="0"/>
          <w:i w:val="0"/>
          <w:color w:val="1A1A1A"/>
          <w:sz w:val="24"/>
        </w:rPr>
        <w:t xml:space="preserve">) рублей и оплачена полностью, что подтверждается </w:t>
      </w:r>
      <w:r>
        <w:rPr>
          <w:rFonts w:ascii="Times New Roman" w:hAnsi="Times New Roman" w:eastAsia="Times New Roman"/>
          <w:b w:val="0"/>
          <w:i w:val="0"/>
          <w:color w:val="1A1A1A"/>
          <w:sz w:val="24"/>
        </w:rPr>
        <w:t>[документ об оплате, например: кассовым чеком № 456 от 10.10.2026]</w:t>
      </w:r>
      <w:r>
        <w:rPr>
          <w:rFonts w:ascii="Times New Roman" w:hAnsi="Times New Roman" w:eastAsia="Times New Roman"/>
          <w:b w:val="0"/>
          <w:i w:val="0"/>
          <w:color w:val="1A1A1A"/>
          <w:sz w:val="24"/>
        </w:rPr>
        <w:t>.</w:t>
      </w:r>
    </w:p>
    <w:p>
      <w:pPr>
        <w:spacing w:before="0" w:after="120" w:line="276" w:lineRule="auto"/>
        <w:ind w:firstLine="709"/>
        <w:jc w:val="both"/>
      </w:pPr>
      <w:r>
        <w:rPr>
          <w:rFonts w:ascii="Times New Roman" w:hAnsi="Times New Roman" w:eastAsia="Times New Roman"/>
          <w:b w:val="0"/>
          <w:i w:val="0"/>
          <w:color w:val="1A1A1A"/>
          <w:sz w:val="24"/>
        </w:rPr>
        <w:t xml:space="preserve">Гарантийный срок на Товар установлен </w:t>
      </w:r>
      <w:r>
        <w:rPr>
          <w:rFonts w:ascii="Times New Roman" w:hAnsi="Times New Roman" w:eastAsia="Times New Roman"/>
          <w:b w:val="0"/>
          <w:i w:val="0"/>
          <w:color w:val="1A1A1A"/>
          <w:sz w:val="24"/>
        </w:rPr>
        <w:t>[срок гарантии, например: 60 дней с начала сезона]</w:t>
      </w:r>
      <w:r>
        <w:rPr>
          <w:rFonts w:ascii="Times New Roman" w:hAnsi="Times New Roman" w:eastAsia="Times New Roman"/>
          <w:b w:val="0"/>
          <w:i w:val="0"/>
          <w:color w:val="1A1A1A"/>
          <w:sz w:val="24"/>
        </w:rPr>
        <w:t>. Товар использовался мною по назначению, в соответствии с сезоном и рекомендациями по уходу.</w:t>
      </w:r>
    </w:p>
    <w:p>
      <w:pPr>
        <w:spacing w:before="0" w:after="120" w:line="276" w:lineRule="auto"/>
        <w:ind w:firstLine="709"/>
        <w:jc w:val="both"/>
      </w:pP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г., то есть в пределах гарантийного срока, в Товаре обнаружены недостатки: </w:t>
      </w:r>
      <w:r>
        <w:rPr>
          <w:rFonts w:ascii="Times New Roman" w:hAnsi="Times New Roman" w:eastAsia="Times New Roman"/>
          <w:b w:val="0"/>
          <w:i w:val="0"/>
          <w:color w:val="1A1A1A"/>
          <w:sz w:val="24"/>
        </w:rPr>
        <w:t>[конкретное описание, например: на правом сапоге отслоилась подошва в носочной части на длину около 4 см, на левом лопнула кожа на сгибе союзки]</w:t>
      </w:r>
      <w:r>
        <w:rPr>
          <w:rFonts w:ascii="Times New Roman" w:hAnsi="Times New Roman" w:eastAsia="Times New Roman"/>
          <w:b w:val="0"/>
          <w:i w:val="0"/>
          <w:color w:val="1A1A1A"/>
          <w:sz w:val="24"/>
        </w:rPr>
        <w:t>. Недостатки не были оговорены продавцом при продаже. После их обнаружения Товар мною не используется.</w:t>
      </w:r>
    </w:p>
    <w:p>
      <w:pPr>
        <w:spacing w:before="0" w:after="120" w:line="276" w:lineRule="auto"/>
        <w:ind w:firstLine="709"/>
        <w:jc w:val="both"/>
      </w:pPr>
      <w:r>
        <w:rPr>
          <w:rFonts w:ascii="Times New Roman" w:hAnsi="Times New Roman" w:eastAsia="Times New Roman"/>
          <w:b w:val="0"/>
          <w:i w:val="0"/>
          <w:color w:val="1A1A1A"/>
          <w:sz w:val="24"/>
        </w:rPr>
        <w:t>В соответствии с п. 1 ст. 18 Закона РФ от 07.02.1992 № 2300-1 «О защите прав потребителей» (далее — Закон) потребитель, которому продан товар с недостатками, не оговорёнными продавцом, вправе отказаться от исполнения договора купли-продажи и потребовать возврата уплаченной за товар суммы, а также полного возмещения убытков. Обувь не относится к технически сложным товарам, поэтому это право не зависит от существенности недостатка.</w:t>
      </w:r>
    </w:p>
    <w:p>
      <w:pPr>
        <w:spacing w:before="0" w:after="120" w:line="276" w:lineRule="auto"/>
        <w:ind w:firstLine="709"/>
        <w:jc w:val="both"/>
      </w:pPr>
      <w:r>
        <w:rPr>
          <w:rFonts w:ascii="Times New Roman" w:hAnsi="Times New Roman" w:eastAsia="Times New Roman"/>
          <w:b w:val="0"/>
          <w:i w:val="0"/>
          <w:color w:val="1A1A1A"/>
          <w:sz w:val="24"/>
        </w:rPr>
        <w:t>Согласно п. 6 ст. 18 Закона в отношении товара, на который установлен гарантийный срок, продавец отвечает за недостатки, если не докажет, что они возникли после передачи товара вследствие нарушения потребителем правил использования, хранения или транспортировки, действий третьих лиц или непреодолимой силы.</w:t>
      </w:r>
    </w:p>
    <w:p>
      <w:pPr>
        <w:spacing w:before="0" w:after="120" w:line="276" w:lineRule="auto"/>
        <w:ind w:firstLine="709"/>
        <w:jc w:val="both"/>
      </w:pPr>
      <w:r>
        <w:rPr>
          <w:rFonts w:ascii="Times New Roman" w:hAnsi="Times New Roman" w:eastAsia="Times New Roman"/>
          <w:b w:val="0"/>
          <w:i w:val="0"/>
          <w:color w:val="1A1A1A"/>
          <w:sz w:val="24"/>
        </w:rPr>
        <w:t>Требование о возврате уплаченной за товар суммы подлежит удовлетворению в течение 10 дней со дня его предъявления (ст. 22 Закона). За нарушение этого срока продавец уплачивает неустойку в размере 1 % цены товара за каждый день просрочки (п. 1 ст. 23 Закона).</w:t>
      </w:r>
    </w:p>
    <w:p>
      <w:pPr>
        <w:spacing w:before="0" w:after="120" w:line="276" w:lineRule="auto"/>
        <w:ind w:firstLine="709"/>
        <w:jc w:val="both"/>
      </w:pPr>
      <w:r>
        <w:rPr>
          <w:rFonts w:ascii="Times New Roman" w:hAnsi="Times New Roman" w:eastAsia="Times New Roman"/>
          <w:b w:val="0"/>
          <w:i w:val="0"/>
          <w:color w:val="1A1A1A"/>
          <w:sz w:val="24"/>
        </w:rPr>
        <w:t xml:space="preserve">Настоящим заявляю об отказе от исполнения договора купли-продажи Товара и </w:t>
      </w:r>
      <w:r>
        <w:rPr>
          <w:rFonts w:ascii="Times New Roman" w:hAnsi="Times New Roman" w:eastAsia="Times New Roman"/>
          <w:b/>
          <w:i w:val="0"/>
          <w:color w:val="1A1A1A"/>
          <w:sz w:val="24"/>
        </w:rPr>
        <w:t>требую</w:t>
      </w:r>
      <w:r>
        <w:rPr>
          <w:rFonts w:ascii="Times New Roman" w:hAnsi="Times New Roman" w:eastAsia="Times New Roman"/>
          <w:b w:val="0"/>
          <w:i w:val="0"/>
          <w:color w:val="1A1A1A"/>
          <w:sz w:val="24"/>
        </w:rPr>
        <w:t xml:space="preserve"> в течение 10 дней со дня получения претензии:</w:t>
      </w:r>
    </w:p>
    <w:p>
      <w:pPr>
        <w:tabs>
          <w:tab w:pos="510" w:val="left"/>
        </w:tabs>
        <w:spacing w:before="0" w:after="80" w:line="276" w:lineRule="auto"/>
        <w:ind w:left="510" w:hanging="510"/>
        <w:jc w:val="both"/>
      </w:pPr>
      <w:r>
        <w:rPr>
          <w:rFonts w:ascii="Times New Roman" w:hAnsi="Times New Roman" w:eastAsia="Times New Roman"/>
          <w:b/>
          <w:color w:val="000000"/>
          <w:sz w:val="24"/>
        </w:rPr>
        <w:t>1.</w:t>
        <w:tab/>
      </w:r>
      <w:r>
        <w:rPr>
          <w:rFonts w:ascii="Times New Roman" w:hAnsi="Times New Roman" w:eastAsia="Times New Roman"/>
          <w:b w:val="0"/>
          <w:i w:val="0"/>
          <w:color w:val="1A1A1A"/>
          <w:sz w:val="24"/>
        </w:rPr>
        <w:t xml:space="preserve">Вернуть уплаченную за Товар сумму в размере </w:t>
      </w:r>
      <w:r>
        <w:rPr>
          <w:rFonts w:ascii="Times New Roman" w:hAnsi="Times New Roman" w:eastAsia="Times New Roman"/>
          <w:b w:val="0"/>
          <w:i w:val="0"/>
          <w:color w:val="1A1A1A"/>
          <w:sz w:val="24"/>
        </w:rPr>
        <w:t>[сумма цифрами]</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[сумма прописью]</w:t>
      </w:r>
      <w:r>
        <w:rPr>
          <w:rFonts w:ascii="Times New Roman" w:hAnsi="Times New Roman" w:eastAsia="Times New Roman"/>
          <w:b w:val="0"/>
          <w:i w:val="0"/>
          <w:color w:val="1A1A1A"/>
          <w:sz w:val="24"/>
        </w:rPr>
        <w:t>) рублей.</w:t>
      </w:r>
    </w:p>
    <w:p>
      <w:pPr>
        <w:tabs>
          <w:tab w:pos="510" w:val="left"/>
        </w:tabs>
        <w:spacing w:before="0" w:after="80" w:line="276" w:lineRule="auto"/>
        <w:ind w:left="510" w:hanging="510"/>
        <w:jc w:val="both"/>
      </w:pPr>
      <w:r>
        <w:rPr>
          <w:rFonts w:ascii="Times New Roman" w:hAnsi="Times New Roman" w:eastAsia="Times New Roman"/>
          <w:b/>
          <w:color w:val="000000"/>
          <w:sz w:val="24"/>
        </w:rPr>
        <w:t>2.</w:t>
        <w:tab/>
      </w:r>
      <w:r>
        <w:rPr>
          <w:rFonts w:ascii="Times New Roman" w:hAnsi="Times New Roman" w:eastAsia="Times New Roman"/>
          <w:b w:val="0"/>
          <w:i w:val="0"/>
          <w:color w:val="1A1A1A"/>
          <w:sz w:val="24"/>
        </w:rPr>
        <w:t>Принять у меня Товар с недостатками.</w:t>
      </w:r>
    </w:p>
    <w:p>
      <w:pPr>
        <w:spacing w:before="0" w:after="120" w:line="276" w:lineRule="auto"/>
        <w:ind w:firstLine="709"/>
        <w:jc w:val="both"/>
      </w:pPr>
      <w:r>
        <w:rPr>
          <w:rFonts w:ascii="Times New Roman" w:hAnsi="Times New Roman" w:eastAsia="Times New Roman"/>
          <w:b w:val="0"/>
          <w:i w:val="0"/>
          <w:color w:val="1A1A1A"/>
          <w:sz w:val="24"/>
        </w:rPr>
        <w:t xml:space="preserve">Денежные средства прошу перечислить по реквизитам: </w:t>
      </w:r>
      <w:r>
        <w:rPr>
          <w:rFonts w:ascii="Times New Roman" w:hAnsi="Times New Roman" w:eastAsia="Times New Roman"/>
          <w:b w:val="0"/>
          <w:i w:val="0"/>
          <w:color w:val="1A1A1A"/>
          <w:sz w:val="24"/>
        </w:rPr>
        <w:t>[получатель, номер счёта, банк, БИК или номер карты]</w:t>
      </w:r>
      <w:r>
        <w:rPr>
          <w:rFonts w:ascii="Times New Roman" w:hAnsi="Times New Roman" w:eastAsia="Times New Roman"/>
          <w:b w:val="0"/>
          <w:i w:val="0"/>
          <w:color w:val="1A1A1A"/>
          <w:sz w:val="24"/>
        </w:rPr>
        <w:t>.</w:t>
      </w:r>
    </w:p>
    <w:p>
      <w:pPr>
        <w:spacing w:before="0" w:after="120" w:line="276" w:lineRule="auto"/>
        <w:ind w:firstLine="709"/>
        <w:jc w:val="both"/>
      </w:pPr>
      <w:r>
        <w:rPr>
          <w:rFonts w:ascii="Times New Roman" w:hAnsi="Times New Roman" w:eastAsia="Times New Roman"/>
          <w:b w:val="0"/>
          <w:i w:val="0"/>
          <w:color w:val="1A1A1A"/>
          <w:sz w:val="24"/>
        </w:rPr>
        <w:t xml:space="preserve">Готов(а) передать Товар для проверки качества. О дате, времени и месте проверки прошу сообщить мне заранее по телефону </w:t>
      </w:r>
      <w:r>
        <w:rPr>
          <w:rFonts w:ascii="Times New Roman" w:hAnsi="Times New Roman" w:eastAsia="Times New Roman"/>
          <w:b w:val="0"/>
          <w:i w:val="0"/>
          <w:color w:val="1A1A1A"/>
          <w:sz w:val="24"/>
        </w:rPr>
        <w:t>[номер телефона]</w:t>
      </w:r>
      <w:r>
        <w:rPr>
          <w:rFonts w:ascii="Times New Roman" w:hAnsi="Times New Roman" w:eastAsia="Times New Roman"/>
          <w:b w:val="0"/>
          <w:i w:val="0"/>
          <w:color w:val="1A1A1A"/>
          <w:sz w:val="24"/>
        </w:rPr>
        <w:t xml:space="preserve"> или по электронной почте </w:t>
      </w:r>
      <w:r>
        <w:rPr>
          <w:rFonts w:ascii="Times New Roman" w:hAnsi="Times New Roman" w:eastAsia="Times New Roman"/>
          <w:b w:val="0"/>
          <w:i w:val="0"/>
          <w:color w:val="1A1A1A"/>
          <w:sz w:val="24"/>
        </w:rPr>
        <w:t>[адрес]</w:t>
      </w:r>
      <w:r>
        <w:rPr>
          <w:rFonts w:ascii="Times New Roman" w:hAnsi="Times New Roman" w:eastAsia="Times New Roman"/>
          <w:b w:val="0"/>
          <w:i w:val="0"/>
          <w:color w:val="1A1A1A"/>
          <w:sz w:val="24"/>
        </w:rPr>
        <w:t>, так как я желаю присутствовать при её проведении (п. 5 ст. 18 Закона). Передача Товара будет оформлена актом с описанием недостатков.</w:t>
      </w:r>
    </w:p>
    <w:p>
      <w:pPr>
        <w:spacing w:before="0" w:after="120" w:line="276" w:lineRule="auto"/>
        <w:ind w:firstLine="709"/>
        <w:jc w:val="both"/>
      </w:pPr>
      <w:r>
        <w:rPr>
          <w:rFonts w:ascii="Times New Roman" w:hAnsi="Times New Roman" w:eastAsia="Times New Roman"/>
          <w:b w:val="0"/>
          <w:i w:val="0"/>
          <w:color w:val="1A1A1A"/>
          <w:sz w:val="24"/>
        </w:rPr>
        <w:t>При неудовлетворении требований в установленный срок я обращусь в суд с иском о взыскании стоимости Товара, неустойки, компенсации морального вреда (ст. 15 Закона), штрафа в размере 50 % от присуждённой суммы (п. 6 ст. 13 Закона) и судебных расходов.</w:t>
      </w:r>
    </w:p>
    <w:p>
      <w:pPr>
        <w:spacing w:before="0" w:after="120" w:line="276" w:lineRule="auto"/>
        <w:ind w:firstLine="709"/>
        <w:jc w:val="both"/>
      </w:pPr>
      <w:r>
        <w:rPr>
          <w:rFonts w:ascii="Times New Roman" w:hAnsi="Times New Roman" w:eastAsia="Times New Roman"/>
          <w:b w:val="0"/>
          <w:i w:val="0"/>
          <w:color w:val="1A1A1A"/>
          <w:sz w:val="24"/>
        </w:rPr>
        <w:t>Ответ прошу направить по почтовому адресу или на адрес электронной почты, указанные в претензии.</w:t>
      </w:r>
    </w:p>
    <w:p>
      <w:pPr>
        <w:keepNext/>
        <w:spacing w:before="120" w:after="120" w:line="276" w:lineRule="auto"/>
        <w:jc w:val="left"/>
      </w:pPr>
      <w:r>
        <w:rPr>
          <w:rFonts w:ascii="Times New Roman" w:hAnsi="Times New Roman" w:eastAsia="Times New Roman"/>
          <w:b/>
          <w:i w:val="0"/>
          <w:color w:val="1A1A1A"/>
          <w:sz w:val="24"/>
        </w:rPr>
        <w:t>Приложения:</w:t>
      </w:r>
    </w:p>
    <w:p>
      <w:pPr>
        <w:tabs>
          <w:tab w:pos="510" w:val="left"/>
        </w:tabs>
        <w:spacing w:before="0" w:after="80" w:line="276" w:lineRule="auto"/>
        <w:ind w:left="510" w:hanging="510"/>
        <w:jc w:val="both"/>
      </w:pPr>
      <w:r>
        <w:rPr>
          <w:rFonts w:ascii="Times New Roman" w:hAnsi="Times New Roman" w:eastAsia="Times New Roman"/>
          <w:b/>
          <w:color w:val="000000"/>
          <w:sz w:val="24"/>
        </w:rPr>
        <w:t>1.</w:t>
        <w:tab/>
      </w:r>
      <w:r>
        <w:rPr>
          <w:rFonts w:ascii="Times New Roman" w:hAnsi="Times New Roman" w:eastAsia="Times New Roman"/>
          <w:b w:val="0"/>
          <w:i w:val="0"/>
          <w:color w:val="1A1A1A"/>
          <w:sz w:val="24"/>
        </w:rPr>
        <w:t xml:space="preserve">Копия кассового чека от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г.</w:t>
      </w:r>
    </w:p>
    <w:p>
      <w:pPr>
        <w:tabs>
          <w:tab w:pos="510" w:val="left"/>
        </w:tabs>
        <w:spacing w:before="0" w:after="80" w:line="276" w:lineRule="auto"/>
        <w:ind w:left="510" w:hanging="510"/>
        <w:jc w:val="both"/>
      </w:pPr>
      <w:r>
        <w:rPr>
          <w:rFonts w:ascii="Times New Roman" w:hAnsi="Times New Roman" w:eastAsia="Times New Roman"/>
          <w:b/>
          <w:color w:val="000000"/>
          <w:sz w:val="24"/>
        </w:rPr>
        <w:t>2.</w:t>
        <w:tab/>
      </w:r>
      <w:r>
        <w:rPr>
          <w:rFonts w:ascii="Times New Roman" w:hAnsi="Times New Roman" w:eastAsia="Times New Roman"/>
          <w:b w:val="0"/>
          <w:i w:val="0"/>
          <w:color w:val="1A1A1A"/>
          <w:sz w:val="24"/>
        </w:rPr>
        <w:t xml:space="preserve">Фотографии недостатков Товара на </w:t>
      </w:r>
      <w:r>
        <w:rPr>
          <w:rFonts w:ascii="Times New Roman" w:hAnsi="Times New Roman" w:eastAsia="Times New Roman"/>
          <w:b w:val="0"/>
          <w:i w:val="0"/>
          <w:color w:val="1A1A1A"/>
          <w:sz w:val="24"/>
        </w:rPr>
        <w:t>[количество]</w:t>
      </w:r>
      <w:r>
        <w:rPr>
          <w:rFonts w:ascii="Times New Roman" w:hAnsi="Times New Roman" w:eastAsia="Times New Roman"/>
          <w:b w:val="0"/>
          <w:i w:val="0"/>
          <w:color w:val="1A1A1A"/>
          <w:sz w:val="24"/>
        </w:rPr>
        <w:t xml:space="preserve"> л.</w:t>
      </w:r>
    </w:p>
    <w:p>
      <w:pPr>
        <w:tabs>
          <w:tab w:pos="510" w:val="left"/>
        </w:tabs>
        <w:spacing w:before="0" w:after="80" w:line="276" w:lineRule="auto"/>
        <w:ind w:left="510" w:hanging="510"/>
        <w:jc w:val="both"/>
      </w:pPr>
      <w:r>
        <w:rPr>
          <w:rFonts w:ascii="Times New Roman" w:hAnsi="Times New Roman" w:eastAsia="Times New Roman"/>
          <w:b/>
          <w:color w:val="000000"/>
          <w:sz w:val="24"/>
        </w:rPr>
        <w:t>3.</w:t>
        <w:tab/>
      </w:r>
      <w:r>
        <w:rPr>
          <w:rFonts w:ascii="Times New Roman" w:hAnsi="Times New Roman" w:eastAsia="Times New Roman"/>
          <w:b w:val="0"/>
          <w:i w:val="0"/>
          <w:color w:val="1A1A1A"/>
          <w:sz w:val="24"/>
        </w:rPr>
        <w:t>Копия гарантийного талона или ярлыка с условиями гарантии.</w:t>
      </w:r>
    </w:p>
    <w:p>
      <w:pPr>
        <w:spacing w:before="80" w:after="160" w:line="252" w:lineRule="auto"/>
        <w:jc w:val="left"/>
        <w:shd w:val="clear" w:color="auto" w:fill="EEF2F8"/>
        <w:pBdr>
          <w:left w:val="single" w:sz="18" w:space="6" w:color="1F3A68"/>
        </w:pBdr>
      </w:pPr>
      <w:r>
        <w:rPr>
          <w:rFonts w:ascii="Times New Roman" w:hAnsi="Times New Roman" w:eastAsia="Times New Roman"/>
          <w:b/>
          <w:color w:val="1F3A68"/>
          <w:sz w:val="20"/>
        </w:rPr>
        <w:t xml:space="preserve">Подсказка: </w:t>
      </w:r>
      <w:r>
        <w:rPr>
          <w:rFonts w:ascii="Times New Roman" w:hAnsi="Times New Roman" w:eastAsia="Times New Roman"/>
          <w:b w:val="0"/>
          <w:i w:val="0"/>
          <w:color w:val="595F6B"/>
          <w:sz w:val="20"/>
        </w:rPr>
        <w:t>Вручите претензию в магазине под отметку о принятии на вашем экземпляре или отправьте заказным письмом с описью вложения и уведомлением о вручении. Если недостаток обнаружен после окончания гарантии, но в пределах двух лет, укажите это и приложите заключение специалиста о производственном характере дефекта.</w:t>
      </w:r>
    </w:p>
    <w:p>
      <w:pPr>
        <w:tabs>
          <w:tab w:pos="9354" w:val="right"/>
        </w:tabs>
        <w:spacing w:before="0" w:after="200" w:line="276" w:lineRule="auto"/>
        <w:jc w:val="left"/>
      </w:pP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г.</w:t>
      </w:r>
      <w:r>
        <w:tab/>
      </w:r>
      <w:r>
        <w:rPr>
          <w:rFonts w:ascii="Times New Roman" w:hAnsi="Times New Roman" w:eastAsia="Times New Roman"/>
          <w:b w:val="0"/>
          <w:i w:val="0"/>
          <w:color w:val="1A1A1A"/>
          <w:sz w:val="24"/>
        </w:rPr>
        <w:t xml:space="preserve">___________________ / </w:t>
      </w:r>
      <w:r>
        <w:rPr>
          <w:rFonts w:ascii="Times New Roman" w:hAnsi="Times New Roman" w:eastAsia="Times New Roman"/>
          <w:b w:val="0"/>
          <w:i w:val="0"/>
          <w:color w:val="1A1A1A"/>
          <w:sz w:val="24"/>
        </w:rPr>
        <w:t>[И. О. Фамилия]</w:t>
      </w:r>
      <w:r>
        <w:rPr>
          <w:rFonts w:ascii="Times New Roman" w:hAnsi="Times New Roman" w:eastAsia="Times New Roman"/>
          <w:b w:val="0"/>
          <w:i w:val="0"/>
          <w:color w:val="1A1A1A"/>
          <w:sz w:val="24"/>
        </w:rPr>
        <w:t xml:space="preserve"> /</w:t>
      </w:r>
    </w:p>
    <w:sectPr w:rsidR="00FC693F" w:rsidRPr="0006063C" w:rsidSect="00034616">
      <w:footerReference w:type="default" r:id="rId9"/>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color w:val="1A1A1A"/>
        <w:sz w:val="18"/>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Претензия продавцу о возврате денег за некачественную обувь</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