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застройщика, например: ООО «СЗ «Новый квартал»]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застройщика]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застройщика]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застройщика по ЕГРЮЛ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участника долевого строительства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проживания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безвозмездном устранении недостатков оконных блоков в квартире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застройщика]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заключён договор участия в долевом строительстве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(далее — договор). По передаточному акту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передаточного акта]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мне передана квартира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многоквартирном доме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Гарантийный срок на объект долевого строительства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[гарантийный срок по договору]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 дня передачи объекта и на дату направления настоящей претензии не истёк.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ходе эксплуатации квартиры в течение гарантийного срока выявлены следующие недостатки оконных блоков: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52"/>
        <w:gridCol w:w="4301"/>
        <w:gridCol w:w="4301"/>
      </w:tblGrid>
      <w:tr>
        <w:trPr>
          <w:cantSplit/>
        </w:trPr>
        <w:tc>
          <w:tcPr>
            <w:tcW w:type="dxa" w:w="75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43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Помещение и окно</w:t>
            </w:r>
          </w:p>
        </w:tc>
        <w:tc>
          <w:tcPr>
            <w:tcW w:type="dxa" w:w="43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Описание недостатка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43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кухня, окно с одной створкой]</w:t>
            </w:r>
          </w:p>
        </w:tc>
        <w:tc>
          <w:tcPr>
            <w:tcW w:type="dxa" w:w="43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продувание по нижнему краю створки, наледь на уплотнителе при температуре наружного воздуха −15 °C]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43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комната площадью 18 м², левое окно]</w:t>
            </w:r>
          </w:p>
        </w:tc>
        <w:tc>
          <w:tcPr>
            <w:tcW w:type="dxa" w:w="43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конденсат и плесень на откосе, промерзание монтажного шва]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[помещение и окно]</w:t>
            </w:r>
          </w:p>
        </w:tc>
        <w:tc>
          <w:tcPr>
            <w:tcW w:type="dxa" w:w="43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 недостатка]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Недостатки подтверждаются фотографиями и видеозаписью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съёмки]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Квартира эксплуатируется в соответствии с инструкцией по эксплуатации, ремонт и регулировка окон мной и третьими лицами не производились.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1 статьи 7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застройщик обязан передать участнику долевого строительства объект, качество которого соответствует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части 2 статьи 7 Закона № 214-ФЗ при наличии недостатков участник долевого строительства вправе потребовать от застройщика безвозмездного устранения недостатков в разумный срок. По части 6 статьи 7 Закона № 214-ФЗ участник вправе предъявить застройщику требования в связи с ненадлежащим качеством объекта при условии, что недостатки выявлены в течение гарантийного срока, а застройщик обязан устранить их в срок, согласованный с участником.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требую: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Безвозмездно устранить перечисленные недостатки оконных блоков в течение 45 (сорока пяти) календарных дней со дня получения настоящей претензии.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Провести совместный осмотр квартиры для фиксации недостатков, заблаговременно согласовав со мной дату и время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Предлагаю провести осмотр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[предлагаемая дата и 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окончании работ оформить акт об устранении недостатков.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Обеспечу доступ в квартиру для осмотра и выполнения работ в согласованное время.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случае неустранения недостатков в указанный срок я буду вынужден(а) обратиться в суд с требованием о возмещении расходов на устранение недостатков, взыскании неустойки по части 8 статьи 7 Закона № 214-ФЗ, компенсации морального вреда и штрафа по статье 10 Закона № 214-ФЗ, а также судебных расходов.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 прошу направить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для ответа]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на электронную почту: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участия в долевом строительстве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передаточного акта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передаточного акта]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выписки из ЕГРН на квартиру.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Фотографии недостатков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акта осмотра (заключения специалиста)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(при наличии).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Отправьте претензию заказным письмом с описью вложения по адресу застройщика из ЕГРЮЛ. Недостатки должны быть выявлены и заявлены в пределах гарантийного срока: проверьте его в разделе договора о качестве объекта.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застройщику о безвозмездном устранении недостатков окон по гарантии (ст. 7 Закона № 214-ФЗ)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