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оператора связи, например: ПАО «…»]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оператора]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оператора или его регионального филиала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абонента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проживания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абонентский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[спорный 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лицевой счёт: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лицевого счёта]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 для связи: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[другой 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денежных средств, списанных за неподключённые платные услуги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абонентом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договору об оказании услуг подвижной радиотелефонной связи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абонентский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тарифный план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тарифа]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моего лицевого счёта списаны денежные средства за платные подписки и дополнительные услуги, которые я не заказывал(а) и на подключение которых согласия не давал(а):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961"/>
        <w:gridCol w:w="5431"/>
        <w:gridCol w:w="1961"/>
      </w:tblGrid>
      <w:tr>
        <w:trPr>
          <w:cantSplit/>
        </w:trPr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списания</w:t>
            </w:r>
          </w:p>
        </w:tc>
        <w:tc>
          <w:tcPr>
            <w:tcW w:type="dxa" w:w="54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услуги (подписки)</w:t>
            </w:r>
          </w:p>
        </w:tc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54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услуги из детализации]</w:t>
            </w:r>
          </w:p>
        </w:tc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54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услуги из детализации]</w:t>
            </w:r>
          </w:p>
        </w:tc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54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услуги из детализации]</w:t>
            </w:r>
          </w:p>
        </w:tc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6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543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9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[общая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Заявлений на подключение этих услуг я не подавал(а), на короткие номера сообщения не отправлял(а), ссылок и рекламных баннеров для подключения подписок не открывал(а). Списания выявлены мной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детализации счёта.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Правилами оказания услуг телефонной связи, утверждёнными постановлением Правительства Российской Федерации от 30.12.2024 № 1994, изменение состава услуг, оказываемых по договору, допускается только по заявлению абонента, а подключение дополнительных услуг оформляется письменно или путём совершения абонентом конклюдентных действий; обязанность доказать совершение абонентом таких действий лежит на операторе связи. Пунктом 8 статьи 68 Федерального закона от 07.07.2003 № 126-ФЗ «О связи» установлена ответственность оператора перед абонентом за нарушение требований пункта 5 статьи 44 этого Закона при подключении услуг, технологически связанных с подвижной радиотелефонной связью, в том числе контентных услуг.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Поскольку указанные услуги подключены без моего волеизъявления, списанные за них денежные средства подлежат возврату.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статьёй 55 Федерального закона «О связи», статьями 15 и 16 Закона РФ «О защите прав потребителей»,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Вернуть мне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списанные за неподключённые мной услуги, в течение 10 (десяти) календарных дней со дня принятия решения по претензии путём перечисления на банковский счёт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Отключить все платные подписки и дополнительные услуги, подключённые на абонентском номере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без моего заявления, и установить запрет на подключение платных контентных услуг.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оператор считает, что услуги были подключены мной, предоставить документы, подтверждающие моё согласие на их подключение (дата, время, способ подключения).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на претензию прошу направить в форме электронного документа, подписанного простой электронной подписью, на адрес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(пункт 7 статьи 55 Федерального закона «О связи»).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отказа в удовлетворении требований или неполучения ответа в установленный срок я обращусь в суд с иском о взыскании списанных денежных средств, процентов за пользование чужими денежными средствами, компенсации морального вреда и штрафа в размере 50% от присуждённой суммы (пункт 6 статьи 13 Закона РФ «О защите прав потребителей»).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договора об оказании услуг связи (или иного документа, подтверждающего его заключение).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Детализация счёта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Скриншоты личного кабинета с перечнем подключённых услуг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Претензию нужно подать в течение 6 месяцев со дня списания (выставления счёта). Без неё суд вернёт иск: досудебный порядок по пункту 4 статьи 55 Федерального закона «О связи» обязателен. Оператор отвечает в течение 30 дней со дня регистрации претензии.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оператору сотовой связи о возврате денег, списанных за неподключённые платные подписки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