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исполнителя: ООО или ИП, как в договоре]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исполнителя]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исполнителя]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потребителя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отказе от исполнения договора оказания услуг и возврате денежных средств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заключён договор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договора, номер заказа или наименование оферты]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заключения]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«Договор»), по которому исполнитель обязался оказать мне услуги: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услуг, например «курс из 24 занятий английским языком»]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Цена услуг по Договору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рублей. Я оплатил(а)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[документы об оплате: чек, квитанция или банковская выписка, их номер и 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дату настоящего заявления исполнителем оказаны услуги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[стоимость фактически оказанных услуг по цене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[что именно оказано, например «8 занятий из 24»]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статьёй 32 Закона РФ от 07.02.1992 № 2300-1 «О защите прав потребителей» (далее — Закон) и пунктом 1 статьи 782 Гражданского кодекса РФ потребитель вправе отказаться от исполнения договора об оказании услуг в любое время при условии оплаты исполнителю фактически понесённых им расходов, связанных с исполнением обязательств по договору.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Настоящим заявляю об отказе от исполнения Договора. Согласно пункту 1 статьи 450.1 ГК РФ Договор считается расторгнутым с момента получения вами настоящего заявления.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Условия Договора, ограничивающие моё право на отказ, устанавливающие штраф или неустойку за отказ либо невозвратность оплаты, ущемляют права потребителя и являются ничтожными (пункт 1 статьи 16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Вернуть мне уплаченные по Договору денежные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к возврату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за вычетом стоимости фактически оказанных услуг в течение 10 дней со дня получения настоящего заявления.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вы считаете, что понесли иные фактические расходы, связанные с исполнением Договора, в тот же срок предоставить мне их письменный расчёт с копиями подтверждающих документов.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Прекратить списание денежных средств с моей банковской карты и выставление счетов по Договору.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Денежные средства прошу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к/с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корреспондентского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деньги не будут возвращены в указанный срок, я обращусь в суд с иском о взыскании уплаченной суммы, процентов за пользование чужими денежными средствами (статья 395 ГК РФ), компенсации морального вреда (статья 15 Закона) и штрафа в размере 50 % от присуждённой суммы (пункт 6 статьи 13 Закона).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(скриншот оферты, подтверждение заказа)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документов об оплате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потребителя]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Вручите заявление под отметку о получении на втором экземпляре или отправьте заказным письмом с описью вложения на юридический адрес исполнителя. Договор считается расторгнутым со дня получения заявления, поэтому сохраните доказательства отправки и вручения.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потребителя об отказе от договора оказания услуг и возврате денег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