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ответчика]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истребовании доказательств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моему иску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спора, например: взыскании неосновательного обогащения]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Судебное заседание назначено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Для правильного рассмотрения и разрешения дела необходимо установить следующие обстоятельства: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[перечислите факты, например: что 15 мая 2026 года с моего банковского счёта на счёт ответчика были перечислены 300 000 рублей и что ответчик получил эти деньги]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Эти обстоятельства могут быть подтверждены доказательствами, которые находятся у лица, не участвующего в деле: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11"/>
        <w:gridCol w:w="2731"/>
        <w:gridCol w:w="3311"/>
      </w:tblGrid>
      <w:tr>
        <w:trPr>
          <w:cantSplit/>
        </w:trPr>
        <w:tc>
          <w:tcPr>
            <w:tcW w:type="dxa" w:w="33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Доказательство</w:t>
            </w:r>
          </w:p>
        </w:tc>
        <w:tc>
          <w:tcPr>
            <w:tcW w:type="dxa" w:w="2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Где находится</w:t>
            </w:r>
          </w:p>
        </w:tc>
        <w:tc>
          <w:tcPr>
            <w:tcW w:type="dxa" w:w="33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Что подтверждает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документа, например: выписка по счёту № ... за период с ... по ...]</w:t>
            </w:r>
          </w:p>
        </w:tc>
        <w:tc>
          <w:tcPr>
            <w:tcW w:type="dxa" w:w="273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организации, адрес]</w:t>
            </w:r>
          </w:p>
        </w:tc>
        <w:tc>
          <w:tcPr>
            <w:tcW w:type="dxa" w:w="33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[обстоятельство, которое подтверждает документ]</w:t>
            </w:r>
          </w:p>
        </w:tc>
      </w:tr>
      <w:tr>
        <w:trPr>
          <w:cantSplit/>
        </w:trPr>
        <w:tc>
          <w:tcPr>
            <w:tcW w:type="dxa" w:w="331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документа]</w:t>
            </w:r>
          </w:p>
        </w:tc>
        <w:tc>
          <w:tcPr>
            <w:tcW w:type="dxa" w:w="273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организации, адрес]</w:t>
            </w:r>
          </w:p>
        </w:tc>
        <w:tc>
          <w:tcPr>
            <w:tcW w:type="dxa" w:w="331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[обстоятельство, которое подтверждает документ]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Самостоятельно получить эти доказательства я не могу: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[причина, например: сведения о движении денежных средств по счёту ответчика составляют банковскую тайну и выдаются только самому клиенту или по запросу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направил(а)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запрос о предоставлении документов, однако в выдаче документов мне отказано письмом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57 Гражданского процессуального кодекса Российской Федерации (далее ГПК РФ) в случае, если представление необходимых доказательств для лиц, участвующих в деле, затруднительно, суд по их ходатайству оказывает содействие в собирании и истребовании доказательств. Согласно части 2 статьи 57 ГПК РФ суд выдаёт стороне запрос для получения доказательства или запрашивает доказательство непосредственно. Лица, у которых находится истребуемое доказательство, направляют его в суд либо передают на руки лицу, имеющему соответствующий запрос, для представления в суд.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56, 57 и 166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следующие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 с указанием периода]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Установить срок для представления истребуемых доказательств в суд до даты следующего судебного заседания.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запроса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 документ о его отправке.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ответа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 отказе.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Чем точнее названы документ, период и организация, тем выше шанс, что суд удовлетворит ходатайство. Приложите доказательства того, что вы пытались получить документ сами: суд вправе отказать, если такой попытки не было.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истребовании доказательств по гражданскому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