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Октябрьский районный суд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[процессуальное положение, например: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приобщении документов к материалам дела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спора, например: возмещении ущерба, причинённого заливом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правильного рассмотрения дела имеют значение следующие обстоятельства: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[обстоятельства, например: причина залива, объём повреждений и стоимость восстановительного ремонта]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Эти обстоятельства подтверждаются документами, которые получены мною после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[событие, например: подачи искового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ранее в материалы дела не представлялись: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[причина, например: заключение специалиста подготовлено 01.10.2026 г., ответ управляющей компании получен 05.10.2026 г.]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 направлены другим лицам, участвующим в деле,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и дата отправки, например: заказными письмами 07.10.2026 г.]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Подлинники документов будут представлены суду для обозрения в судебном заседании.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35, статьями 55, 57, 71 Гражданского процессуального кодекса Российской Федерации (далее — ГПК РФ) лица, участвующие в деле, вправе представлять доказательства. Письменные доказательства представляются в подлиннике или в форме надлежащим образом заверенной копии.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приобщить к материалам дела следующие документы: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52"/>
        <w:gridCol w:w="4301"/>
        <w:gridCol w:w="4301"/>
      </w:tblGrid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Что подтверждает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документа, номер и дата, например: заключение специалиста № 15/26 от 01.10.2026 г.]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(копия на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л.)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[обстоятельство, например: стоимость восстановительного ремонта]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документа, номер и 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(копия на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л.)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[обстоятельство]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документа, номер и 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(копия на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л.)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[обстоятельство]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35, 57, 71, 166 ГПК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Приобщить к материалам гражданского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документы, указанные в настоящем ходатайстве.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Исследовать указанные документы в судебном заседании.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 согласно перечню в таблице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[общее 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копий ходатайства и приложенных документов другим лицам, участвующим в деле.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доверенности представителя (если ходатайство подписывает представитель).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ходатайство в двух экземплярах и попросите поставить на втором отметку канцелярии о принятии. Подлинники документов возьмите с собой в заседание.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приобщении документов к материалам гражданского дела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