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Арбитражный суд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РФ, например: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дела, например: А17-0000/2026]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Отзыв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исковое заявление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Истец) обратилось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Ответчик) о взыскании задолженности по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неустойки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исковое заявление принято к производству.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признаёт исковые требования в части основного долга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остальной части с иском не согласен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Возражения по сумме основного долга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Истец поставил Ответчику товар по универсальным передаточным документам (УПД)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оплатил поставленный товар частично, что подтверждается платёжными поручениями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Указанные платежи Истцом при расчёте суммы иска не учтены.</w:t>
      </w:r>
    </w:p>
    <w:p>
      <w:pPr>
        <w:keepNext/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778"/>
        <w:gridCol w:w="2037"/>
        <w:gridCol w:w="2315"/>
        <w:gridCol w:w="2222"/>
      </w:tblGrid>
      <w:tr>
        <w:trPr>
          <w:cantSplit/>
        </w:trPr>
        <w:tc>
          <w:tcPr>
            <w:tcW w:type="dxa" w:w="27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20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 расчёту Истца, руб.</w:t>
            </w:r>
          </w:p>
        </w:tc>
        <w:tc>
          <w:tcPr>
            <w:tcW w:type="dxa" w:w="23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 данным Ответчика, руб.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</w:tr>
      <w:tr>
        <w:trPr>
          <w:cantSplit/>
        </w:trPr>
        <w:tc>
          <w:tcPr>
            <w:tcW w:type="dxa" w:w="27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поставленного товара</w:t>
            </w:r>
          </w:p>
        </w:tc>
        <w:tc>
          <w:tcPr>
            <w:tcW w:type="dxa" w:w="20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3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УПД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27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Оплачено</w:t>
            </w:r>
          </w:p>
        </w:tc>
        <w:tc>
          <w:tcPr>
            <w:tcW w:type="dxa" w:w="20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3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П/п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27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Задолженность</w:t>
            </w:r>
          </w:p>
        </w:tc>
        <w:tc>
          <w:tcPr>
            <w:tcW w:type="dxa" w:w="20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3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23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задолженность Ответчика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В силу статей 309, 310, 486 Гражданского кодекса Российской Федерации (далее — ГК РФ) требование о взыскании основного долга в оставшейся части,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удовлетворению не подлежит, поскольку обязательство в этой части исполнено надлежащим образом (пункт 1 статьи 408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Возражения по неустойке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Истцом неверно определены база и период начисления неустойки: неустойка начислена на всю сумму поставки без учёта произведённых Ответчиком оплат, а также за день фактической оплаты. С учётом даты оплаты по каждому УПД и произведённых платежей размер неустойки по условиям пункта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Контррасчёт неустойки прилагается.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Ответчик заявляет о несоразмерности неустойки последствиям нарушения обязательства и просит уменьшить её на основании статьи 333 ГК РФ: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договорная ставка неустойки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в день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годовых, что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превышает ключевую ставку Банка России, действовавшую в период просрочки, и средневзвешенные ставки по кредитам для юридических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неустойки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основного долга;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Истец не представил доказательств наличия у него убытков или иных негативных последствий, вызванных просрочкой оплаты;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просрочка была непродолжительной и вызвана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указать причину, например: задержкой оплаты по договору с конечным заказчиком]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чём Истец был уведомлён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Взыскание неустойки в заявленном размере приведёт к получению Истцом необоснованной выгоды (пункт 2 статьи 333 ГК РФ, пункты 73–75 постановления Пленума Верховного Суда Российской Федерации от 24.03.2016 № 7). Ответчик полагает соразмерной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рассчитанную исходя из двукратной ключевой ставки Банка России за период просрочки.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Сведения о примирении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направлял Истцу предложение об урегулировании спора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например, о погашении задолженности в рассрочку в течение трёх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Ответа на предложение не получено.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готов к заключению мирового соглашения на условиях погашения признанной задолженности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[порядок и сроки]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131, 65 Арбитражного процессуального кодекса Российской Федерации, статьями 333, 408 ГК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Отказать Истцу во взыскании основного долга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Уменьшить размер неустойки, подлежащей взысканию с Ответчика,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на основании статьи 333 ГК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платёжных поручений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сверки взаимных расчётов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Контррасчёт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письма Ответчика Истцу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предложением об урегулировании спора.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отзыва и приложений Истцу.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отзыв подписывает представитель).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Отзыв нужно направить Истцу и подать в суд до срока, указанного в определении о принятии иска; в упрощённом производстве документы, поступившие после этого срока, суд возвращает.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ответчика на исковое заявление о взыскании задолженности и неустойки в арбитражный суд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