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суда, например: Октябрьский районный суд г. Иваново]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Судье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судьи]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 или организации, которой уступлено право требования]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Возражения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исковое заявление о взыскании задолженности по кредитному договору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суда находится гражданское дело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взыскании задолженности по кредитному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иска]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в том числе: основной долг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проценты за пользование кредитом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неустойка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исковыми требованиями не согласен(на) по следующим основаниям.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Истцом пропущен срок исковой давности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Кредит предоставлен мне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 кредита]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 погашением ежемесячными платежами по графику. Последний платёж по графику должен был быть внесён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последнего платежа по графику]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Последний платёж фактически внесён мною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последнего фактического платежа]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что подтверждается выпиской по счёту, представленной истцом.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Общий срок исковой давности составляет три года (статья 196 Гражданского кодекса Российской Федерации, далее — ГК РФ). При исполнении обязательства по частям срок исковой давности исчисляется отдельно по каждому просроченному платежу (пункт 24 постановления Пленума Верховного Суда Российской Федерации от 29.09.2015 № 43, далее — Постановление № 43). С истечением срока исковой давности по главному требованию истекает срок и по дополнительным требованиям — процентам и неустойке (пункт 1 статьи 207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обратился к мировому судье судебного участка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района]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заявлением о выдаче судебного приказа. Судебный приказ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отменён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отмены]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Срок исковой давности не тёк со дня обращения за выдачей судебного приказа до его отмены (пункт 1 статьи 204 ГК РФ, пункты 17, 18 Постановления № 43).</w:t>
      </w:r>
    </w:p>
    <w:p>
      <w:pPr>
        <w:keepNext/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срока исковой давности: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Обстоятельство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 / период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Подача заявления о выдаче судебного приказа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Отмена судебного приказа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Период судебной защиты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дней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Подача настоящего иска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Платежи, по которым срок не пропущен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со сроком уплаты 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Таким образом, срок исковой давности пропущен по всем платежам со сроком уплаты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а также по начисленным на них процентам и неустойке. Действий, свидетельствующих о признании долга, я не совершал(а). Истечение срока исковой давности, о применении которой заявлено стороной в споре, является основанием к вынесению решения об отказе в иске (пункт 2 статьи 199 ГК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Расчёт задолженности составлен неверно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части 20 статьи 5 Федерального закона от 21.12.2013 № 353-ФЗ «О потребительском кредите (займе)» (далее — Закон № 353-ФЗ) сумма произведённого заёмщиком платежа погашает задолженность в следующей очерёдности: задолженность по процентам; задолженность по основному долгу; неустойка; проценты, начисленные за текущий период; сумма основного долга за текущий период; иные платежи.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Из выписки по счёту следует, что истец направлял внесённые мною платежи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в первую очередь на погашение неустойки (штрафов), что противоречит указанной норме. В результате размер основного долга и процентов завышен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 Мой расчёт задолженности прилагается.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Неустойка подлежит уменьшению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соответствии с частью 21 статьи 5 Закона № 353-ФЗ размер неустойки за неисполнение обязательств по возврату потребительского кредита не может превышать 20 процентов годовых, если на сумму кредита за соответствующий период начисляются проценты. Истцом неустойка рассчитана по ставке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%, что превышает установленный законом предел.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Кроме того, заявленная неустойка явно несоразмерна последствиям нарушения обязательства: её размер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суммы основного долга, истец длительное время, более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лет, не обращался за взысканием, что способствовало увеличению неустойки. Мой доход в настоящее время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в месяц, на иждивении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несовершеннолетних детей. Прошу снизить неустойку на основании статьи 333 ГК РФ (пункт 71 постановления Пленума Верховного Суда Российской Федерации от 24.03.2016 № 7).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196, 199, 200, 204, 207, 333 ГК РФ, статьёй 5 Закона № 353-ФЗ, статьёй 35 Гражданского процессуального кодекса Российской Федерации,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Применить срок исковой давности и отказать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во взыскании платежей со сроком уплаты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а также процентов и неустойки, начисленных на эти платежи.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остальной части определить размер задолженности в соответствии с моим расчётом: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Уменьшить размер неустойки на основании статьи 333 ГК РФ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определения мирового судьи об отмене судебного приказа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задолженности ответчика.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 о доходах и семейном положении ответчика.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копии возражений истцу.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Заявить о пропуске срока исковой давности нужно до вынесения решения судом первой инстанции. Даты берите из графика платежей, выписки по счёту и определения об отмене судебного приказа.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ответчика на иск банка о взыскании задолженности по кредитному договору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