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Заинтересованное лицо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заявление о взыскании судебных расходов на оплату услуг представителя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исковые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удовлетворены частично: из заявленных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истец обратился с заявлением о взыскании с меня судебных расходов на оплату услуг представителя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 заявленным размером расходов не согласен(на)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Часть расходов не подтверждена и не связана с делом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10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 (далее — Постановление № 1) лицо, заявляющее о взыскании судебных издержек, должно доказать факт их несения и связь между понесёнными издержками и делом.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 акта оказанных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следует, что в стоимость услуг включены: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услуг, не подтверждённых материалами дела, например: участие в судебном заседании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составление ходатайства]. Между тем, согласно протоколу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представитель истца в нём не участвовал, а указанный документ в материалах дела отсутствует. Стоимость этих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взысканию не подлежит.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Заявленная сумма явно превышает разумные пределы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1 статьи 100 Гражданского процессуального кодекса РФ (далее — ГПК РФ) расходы на оплату услуг представителя присуждаются в разумных пределах. Разумными признаются расходы, которые при сравнимых обстоятельствах обычно взимаются за аналогичные услуги; при этом учитываются объём заявленных требований, цена иска, сложность дела, объём оказанных представителем услуг, время, необходимое на подготовку процессуальных документов, продолжительность рассмотрения дела (пункт 13 Постановления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не относится к категории сложных: спор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разрешён по типовым основаниям, состоялось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судебных заседания общей продолжительностью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минут, экспертиза не назначалась, свидетели не допрашивались. Исковое заявление составлено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страницах и не содержит сложных расчётов.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аналогичных услуг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данным открытых источников (приложения 1–3) составляет: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980"/>
        <w:gridCol w:w="2089"/>
        <w:gridCol w:w="3284"/>
      </w:tblGrid>
      <w:tr>
        <w:trPr>
          <w:cantSplit/>
        </w:trPr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Услуга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Заявлено истцом, руб.</w:t>
            </w:r>
          </w:p>
        </w:tc>
        <w:tc>
          <w:tcPr>
            <w:tcW w:type="dxa" w:w="3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Средняя стоимость в регионе, руб.</w:t>
            </w:r>
          </w:p>
        </w:tc>
      </w:tr>
      <w:tr>
        <w:trPr>
          <w:cantSplit/>
        </w:trPr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Консультация и составление искового заявления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Участие в судебных заседаниях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)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Составление заявления о судебных расходах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9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09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28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разумный размер расходов на представителя по настоящему делу не превышает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Расходы подлежат распределению пропорционально удовлетворённым требованиям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части 1 статьи 98 ГПК РФ при частичном удовлетворении иска судебные расходы присуждаются истцу пропорционально размеру удовлетворённых требований (пункт 12 Постановления № 1). Иск удовлетворён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%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[взысканная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[заявленная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руб.). Следовательно, с меня могут быть взысканы расходы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% от разумной суммы, то есть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Расходы, входящие в цену услуг, отдельно не возмещаются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просит дополнительно взыскать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расходов, например ознакомление представителя с материалами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 разъяснению пункта 15 Постановления № 1 расходы представителя, необходимые для исполнения его обязательства по оказанию юридических услуг, по общему правилу входят в цену услуг и не подлежат дополнительному возмещению другой стороной спора.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98, 100 ГПК РФ, пунктами 10–15 Постановления № 1,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Снизить размер расходов на оплату услуг представителя, подлежащих взысканию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удовлетворении остальной части заявления отказать.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рекомендованных ставок вознаграждения адвокатской палаты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Распечатки прайс-листов юридических компаний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указанием даты просмотра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возражения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возражение до судебного заседания и обязательно приложите доказательства цен в регионе: без них суд по общему правилу не вправе снижать расходы по своей инициативе (пункт 11 Постановления № 1).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ответчика на заявление о взыскании судебных расходов на представителя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