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В Квалификационную коллегию судей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коллегии]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истца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на действия судьи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[ФИО судьи]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моему иску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спора, например: взыскании денежных средств по договору займа]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Дело рассматривает судья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Обращаюсь в Квалификационную коллегию судей в связи с длительным и, по моему мнению, необоснованным нарушением судьёй процессуальных сроков рассмотрения дела и изготовления решения.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Обстоятельства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Хронология рассмотрения дела (по данным раздела «Движение дела» на официальном сайте суда и полученным мною документам):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08"/>
        <w:gridCol w:w="4619"/>
        <w:gridCol w:w="3926"/>
      </w:tblGrid>
      <w:tr>
        <w:trPr>
          <w:cantSplit/>
        </w:trPr>
        <w:tc>
          <w:tcPr>
            <w:tcW w:type="dxa" w:w="8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  <w:tc>
          <w:tcPr>
            <w:tcW w:type="dxa" w:w="46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Событие</w:t>
            </w:r>
          </w:p>
        </w:tc>
        <w:tc>
          <w:tcPr>
            <w:tcW w:type="dxa" w:w="39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Подтверждение</w:t>
            </w:r>
          </w:p>
        </w:tc>
      </w:tr>
      <w:tr>
        <w:trPr>
          <w:cantSplit/>
        </w:trPr>
        <w:tc>
          <w:tcPr>
            <w:tcW w:type="dxa" w:w="8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6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Исковое заявление поступило в суд</w:t>
            </w:r>
          </w:p>
        </w:tc>
        <w:tc>
          <w:tcPr>
            <w:tcW w:type="dxa" w:w="39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Квитанция об отправке иска</w:t>
            </w:r>
          </w:p>
        </w:tc>
      </w:tr>
      <w:tr>
        <w:trPr>
          <w:cantSplit/>
        </w:trPr>
        <w:tc>
          <w:tcPr>
            <w:tcW w:type="dxa" w:w="8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6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Иск принят к производству</w:t>
            </w:r>
          </w:p>
        </w:tc>
        <w:tc>
          <w:tcPr>
            <w:tcW w:type="dxa" w:w="39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Определение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8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6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Заседание отложено, причина в протоколе не указана</w:t>
            </w:r>
          </w:p>
        </w:tc>
        <w:tc>
          <w:tcPr>
            <w:tcW w:type="dxa" w:w="39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Протокол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8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6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Заседание отложено в связи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[причина]</w:t>
            </w:r>
          </w:p>
        </w:tc>
        <w:tc>
          <w:tcPr>
            <w:tcW w:type="dxa" w:w="39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Протокол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8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6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Объявлена резолютивная часть решения</w:t>
            </w:r>
          </w:p>
        </w:tc>
        <w:tc>
          <w:tcPr>
            <w:tcW w:type="dxa" w:w="39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Протокол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80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462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Мотивированное решение не изготовлено</w:t>
            </w:r>
          </w:p>
        </w:tc>
        <w:tc>
          <w:tcPr>
            <w:tcW w:type="dxa" w:w="392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Распечатка движения дела на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Всего с момента поступления иска прошло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месяцев, заседание откладывалось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раз. Резолютивная часть решения объявлена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однако по состоянию на дату настоящей жалобы мотивированное решение не изготовлено, дело в канцелярию не сдано, копию решения я получить не могу и, соответственно, лишён возможности его обжаловать или исполнить.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обратился(-лась) к председателю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заявлением об ускорении рассмотрения дела и выдаче решения.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указать результат: например, «ответ не получен» или «получен ответ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нарушение не устранено»].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Нарушенные нормы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 статьи 154 Гражданского процессуального кодекса Российской Федерации (далее — ГПК РФ) гражданские дела рассматриваются районным судом до истечения двух месяцев со дня поступления заявления в суд. Этот срок может быть продлён председателем суда не более чем на один месяц (часть 6 статьи 154 ГПК РФ). Сведений о продлении срока в деле нет.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части 2 статьи 199 ГПК РФ составление мотивированного решения может быть отложено на срок не более чем десять дней со дня окончания разбирательства дела. Этот срок превышен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12 постановления Пленума Верховного Суда РФ от 14.04.2016 № 13 «О судебной практике применения законодательства, регулирующего вопросы дисциплинарной ответственности судей» несоблюдение процессуальных сроков рассмотрения дела может быть установлено без отмены судебного акта вышестоящим судом.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Оговорка о судебных актах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Настоящей жалобой я не прошу проверять законность и обоснованность судебных актов по делу и не оспариваю их содержание. Если я не соглашусь с решением, оно будет обжаловано в установленном процессуальном порядке.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статьёй 12.1 Закона РФ от 26.06.1992 № 3132-1 «О статусе судей в Российской Федерации», статьями 19 и 22 Федерального закона от 14.03.2002 № 30-ФЗ «Об органах судейского сообщества в Российской Федерации»,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Провести проверку изложенных в жалобе фактов нарушения процессуальных сроков судьёй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результатам проверки рассмотреть вопрос о наличии оснований для привлечения судьи к дисциплинарной ответственности.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Сообщить мне о результатах рассмотрения жалобы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Распечатка раздела «Движение дела» с официального сайта суда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определения о принятии искового заявления к производству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протоколов судебных заседаний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заявления председателю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ответа на него (при наличии).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Коллегия не пересматривает решения суда. Если вы не согласны с решением, подайте апелляционную жалобу в установленный срок независимо от жалобы в ККС.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квалификационную коллегию судей на нарушение судьёй процессуальных сроков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