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Председателю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районного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председателя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Истец: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ускорении рассмотрения дела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взыскании неосновательного обогащения]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Я являюсь истцом по делу.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Ход рассмотрения дела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Исковое заявление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момента поступления иска прошло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месяцев, решение по делу не принято.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судебных заседаниях: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112"/>
        <w:gridCol w:w="1357"/>
        <w:gridCol w:w="5884"/>
      </w:tblGrid>
      <w:tr>
        <w:trPr>
          <w:cantSplit/>
        </w:trPr>
        <w:tc>
          <w:tcPr>
            <w:tcW w:type="dxa" w:w="21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заседания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Результат</w:t>
            </w:r>
          </w:p>
        </w:tc>
        <w:tc>
          <w:tcPr>
            <w:tcW w:type="dxa" w:w="5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Причина отложения</w:t>
            </w:r>
          </w:p>
        </w:tc>
      </w:tr>
      <w:tr>
        <w:trPr>
          <w:cantSplit/>
        </w:trPr>
        <w:tc>
          <w:tcPr>
            <w:tcW w:type="dxa" w:w="21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Отложено</w:t>
            </w:r>
          </w:p>
        </w:tc>
        <w:tc>
          <w:tcPr>
            <w:tcW w:type="dxa" w:w="5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[причина по протоколу или «не указана»]</w:t>
            </w:r>
          </w:p>
        </w:tc>
      </w:tr>
      <w:tr>
        <w:trPr>
          <w:cantSplit/>
        </w:trPr>
        <w:tc>
          <w:tcPr>
            <w:tcW w:type="dxa" w:w="21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Отложено</w:t>
            </w:r>
          </w:p>
        </w:tc>
        <w:tc>
          <w:tcPr>
            <w:tcW w:type="dxa" w:w="58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[причина по протоколу или «не указана»]</w:t>
            </w:r>
          </w:p>
        </w:tc>
      </w:tr>
      <w:tr>
        <w:trPr>
          <w:cantSplit/>
        </w:trPr>
        <w:tc>
          <w:tcPr>
            <w:tcW w:type="dxa" w:w="211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3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Отложено</w:t>
            </w:r>
          </w:p>
        </w:tc>
        <w:tc>
          <w:tcPr>
            <w:tcW w:type="dxa" w:w="58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[причина по протоколу или «не указана»]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заседания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новая дата судебного заседания не назначена. По сведениям с официального сайта суда, процессуальных действий по делу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не совершалось.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Обоснование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части 1 статьи 154 Гражданского процессуального кодекса Российской Федерации (далее — ГПК РФ) гражданские дела рассматриваются и разрешаются районным судом до истечения двух месяцев со дня поступления заявления в суд. Этот срок по делу превышен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 Сведений о продлении срока рассмотрения дела в порядке части 6 статьи 154 ГПК РФ у меня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не является сложным: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указать, например: «спор между двумя физическими лицами, экспертиза не назначалась, все доказательства представлены сторонами»]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Производство по делу не приостанавливалось.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являлся(-лась) во все судебные заседания, ходатайств об отложении не заявлял(-а), все запрошенные судом документы представлены в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Длительное рассмотрение дела нарушает моё право на судопроизводство в разумный срок, гарантированное статьёй 6.1 ГПК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частями 6 и 7 статьи 6.1 ГПК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срок проведения судебного заседания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Указать действия, которые следует осуществить для ускорения рассмотрения дела.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определения по результатам рассмотрения настоящего заявления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раздела «Движение дела» с официального сайта суда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определений об отложении судебного разбирательства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Председатель суда рассматривает заявление в течение пяти рабочих дней со дня его поступления в суд. Сохраните второй экземпляр с отметкой канцелярии или квитанцию об электронной подаче.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районного суда об ускорении рассмотрения гражданского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