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направлении работника в командировку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статьями 166–168 Трудового кодекса Российской Федерации и Положением об особенностях направления работников в служебные командировки, утверждённым постановлением Правительства РФ от 16.04.2025 № 501,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в служебную командировку работника: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819"/>
        <w:gridCol w:w="1922"/>
        <w:gridCol w:w="3203"/>
        <w:gridCol w:w="1409"/>
      </w:tblGrid>
      <w:tr>
        <w:trPr>
          <w:cantSplit/>
        </w:trPr>
        <w:tc>
          <w:tcPr>
            <w:tcW w:type="dxa" w:w="2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19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Табельный номер</w:t>
            </w:r>
          </w:p>
        </w:tc>
        <w:tc>
          <w:tcPr>
            <w:tcW w:type="dxa" w:w="320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Структурное подразделение</w:t>
            </w:r>
          </w:p>
        </w:tc>
        <w:tc>
          <w:tcPr>
            <w:tcW w:type="dxa" w:w="14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</w:tr>
      <w:tr>
        <w:trPr>
          <w:cantSplit/>
        </w:trPr>
        <w:tc>
          <w:tcPr>
            <w:tcW w:type="dxa" w:w="28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19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32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отдела]</w:t>
            </w:r>
          </w:p>
        </w:tc>
        <w:tc>
          <w:tcPr>
            <w:tcW w:type="dxa" w:w="141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 назначения: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принимающей организации,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Проезд: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транспорта]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туда и обратно.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командировки: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с учётом времени в пути.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Цель командировки: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[служебное поручение, например: переговоры и подписание договора поставки]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дня отъезда выдать работнику аванс на проезд, наём жилья и суточные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(суточные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за каждый день командировки по Положению о служебных командировках).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Сохранить за работником место работы (должность) и средний заработок за все дни работы по графику, приходящиеся на период командировки, включая дни в пути (статья 167 ТК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Работнику в течение 3 рабочих дней после возвращения из командировки представить в бухгалтерию авансовый отчёт с документами о проезде, найме жилья и иных расходах.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ознакомить работника с настоящим приказом под подпись.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служебная записка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И. О. Фамилия руководителя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приказом ознакомлен(а): 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Беременных и несовершеннолетних в командировку не направляют; женщин с детьми до трёх лет и других работников из ч. 2 ст. 259 ТК РФ — только с их письменного согласия.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работника в служебную командировку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