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УТВЕРЖДЕНО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приказом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Учтено мнение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выборного органа первичной профсоюзной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(протокол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Положение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о премировании работников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 организации]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Общие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Настоящее Положение разработано в соответствии со статьями 129, 135, 136 и 191 Трудового кодекса Российской Федерации и определяет виды премий, их размеры, показатели и условия премирования, сроки выплаты, а также основания и порядок снижения премий работникам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Работодатель).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Положение распространяется на всех работников, состоящих с Работодателем в трудовых отношениях, включая совместителей и дистанционных работников. На лиц, работающих по гражданско-правовым договорам, Положение не распространяется.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Ежемесячная и годовая премии, предусмотренные разделами 3 и 4 Положения, являются стимулирующими выплатами, входят в систему оплаты труда и учитываются при расчёте среднего заработка. Разовые премии, предусмотренные разделом 5, являются поощрением за труд по статье 191 ТК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Премии начисляются за фактически отработанное время в расчётном периоде. Время ежегодного отпуска, временной нетрудоспособности и иные периоды, когда работник освобождался от работы, в отработанное время не включаются.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Премии начисляются на должностной оклад (тарифную ставку) без учёта доплат, надбавок и иных выплат, если иное прямо не указано в Положении.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Премирование производится в пределах фонда оплаты труда, предусмотренного бюджетом Работодателя на соответствующий период.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Виды премий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Работодатель устанавливает следующие виды премий: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ежемесячная премия по итогам работы за месяц;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годовая премия по итогам работы за календарный год;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разовые премии за выполнение особо важных и срочных заданий, внедрение предложений, повышающих эффективность работы, и иные значимые достижения.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Ежемесячная премия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Ежемесячная премия выплачивается работнику при выполнении показателей премирования за месяц. Максимальный размер ежемесячной премии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должностного оклада.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Показатели премирования и их доля в максимальном размере премии: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63"/>
        <w:gridCol w:w="5502"/>
        <w:gridCol w:w="2889"/>
      </w:tblGrid>
      <w:tr>
        <w:trPr>
          <w:cantSplit/>
        </w:trPr>
        <w:tc>
          <w:tcPr>
            <w:tcW w:type="dxa" w:w="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550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 премирования</w:t>
            </w:r>
          </w:p>
        </w:tc>
        <w:tc>
          <w:tcPr>
            <w:tcW w:type="dxa" w:w="28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Доля в размере премии</w:t>
            </w:r>
          </w:p>
        </w:tc>
      </w:tr>
      <w:tr>
        <w:trPr>
          <w:cantSplit/>
        </w:trPr>
        <w:tc>
          <w:tcPr>
            <w:tcW w:type="dxa" w:w="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550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Выполнение плана (задач) подразделения за месяц</w:t>
            </w:r>
          </w:p>
        </w:tc>
        <w:tc>
          <w:tcPr>
            <w:tcW w:type="dxa" w:w="28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[50]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</w:t>
            </w:r>
          </w:p>
        </w:tc>
      </w:tr>
      <w:tr>
        <w:trPr>
          <w:cantSplit/>
        </w:trPr>
        <w:tc>
          <w:tcPr>
            <w:tcW w:type="dxa" w:w="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550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Качественное и своевременное выполнение должностных обязанностей и поручений руководителя</w:t>
            </w:r>
          </w:p>
        </w:tc>
        <w:tc>
          <w:tcPr>
            <w:tcW w:type="dxa" w:w="28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[30]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</w:t>
            </w:r>
          </w:p>
        </w:tc>
      </w:tr>
      <w:tr>
        <w:trPr>
          <w:cantSplit/>
        </w:trPr>
        <w:tc>
          <w:tcPr>
            <w:tcW w:type="dxa" w:w="9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550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Отсутствие обоснованных претензий и жалоб клиентов (контрагентов) на работу работника</w:t>
            </w:r>
          </w:p>
        </w:tc>
        <w:tc>
          <w:tcPr>
            <w:tcW w:type="dxa" w:w="288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[20]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показатель выполнен частично, премия по этому показателю начисляется пропорционально степени его выполнения по оценке непосредственного руководителя, отражённой в служебной записке.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Конкретные плановые значения показателей для подразделений и должностей устанавливаются приказом Работодателя не позднее начала расчётного месяца и доводятся до работников под подпись.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Годовая премия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Годовая премия выплачивается при выполнении Работодателем утверждённого плана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[показатель, например: выручке]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календарный год.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Размер годовой премии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[один]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должностной оклад работника, действующий на 31 декабря отчётного года, и пересчитывается пропорционально отработанному в году времени.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Право на годовую премию имеют работники, отработавшие в отчётном году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[трёх]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Работникам, уволенным до издания приказа о выплате годовой премии, премия начисляется пропорционально отработанному времени при выполнении показателя, указанного в пункте 4.1, и выплачивается в срок, установленный пунктом 6.4.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Разовые премии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Разовая премия может быть выплачена работнику за выполнение особо важного или срочного задания, успешное завершение проекта, внедрение рационализаторского предложения, привлечение крупного клиента и иные достижения в работе.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Размер разовой премии определяется руководителем организации в каждом случае с учётом вклада работника и не может превышать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[один]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должностной оклад.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Разовая премия выплачивается на основании приказа руководителя организации, изданного по представлению руководителя подразделения.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Порядок начисления и сроки выплаты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Руководители структурных подразделений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-го рабочего дня месяца, следующего за расчётным, представляют руководителю организации служебные записки о выполнении показателей премирования работниками подразделения с предложением о размере премии и обоснованием снижения, если оно предлагается.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Премии начисляются на основании приказа руководителя организации. В приказе указываются работники, вид премии, период, за который она начислена, и размер премии.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Ежемесячная премия выплачивается одновременно с заработной платой за вторую половину месяца, следующего за расчётным, в день, установленный Правилами внутреннего трудового распорядка.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Годовая премия выплачивается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[31 марта]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года, следующего за отчётным.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Разовая премия выплачивается вместе с ближайшей выплатой заработной платы после издания приказа о её выплате.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премий удерживается налог на доходы физических лиц и начисляются страховые взносы в порядке, установленном законодательством.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Снижение и невыплата премий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Ежемесячная премия снижается или не выплачивается полностью при невыполнении показателей премирования, предусмотренных пунктом 3.2, пропорционально степени их невыполнения.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Работнику, привлечённому к дисциплинарной ответственности, премия может быть снижена только за тот расчётный период (месяц, год), в котором к нему применено дисциплинарное взыскание.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Снижение премий в связи с дисциплинарным взысканием не может приводить к уменьшению размера месячной заработной платы работника более чем на 20 процентов (часть третья статьи 135 ТК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Снижение премии оформляется приказом руководителя организации с указанием причины и размера снижения. Работник знакомится с приказом под подпись.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допускается снижение премии по основаниям, не предусмотренным настоящим Положением, а также в связи с использованием работником гарантий, установленных трудовым законодательством (временная нетрудоспособность, отпуск, донорские дни, исполнение государственных обязанностей и т. п.), сверх уменьшения пропорционально отработанному времени.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Положение вступает в силу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действует до его отмены или замены новым локальным нормативным актом.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Положение принимается и изменяется приказом руководителя организации с учётом мнения выборного органа первичной профсоюзной организации (при его наличии) в порядке статьи 372 ТК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Работники знакомятся с Положением под подпись при приёме на работу до подписания трудового договора, а действующие работники — до вступления Положения в силу.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Вопросы премирования, не урегулированные Положением, решаются в соответствии с трудовым законодательством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лист ознакомления работников.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Лист ознакомления с Положением о премировании работников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212"/>
        <w:gridCol w:w="3811"/>
        <w:gridCol w:w="1905"/>
        <w:gridCol w:w="1212"/>
        <w:gridCol w:w="1212"/>
      </w:tblGrid>
      <w:tr>
        <w:trPr>
          <w:cantSplit/>
        </w:trPr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 работника</w:t>
            </w:r>
          </w:p>
        </w:tc>
        <w:tc>
          <w:tcPr>
            <w:tcW w:type="dxa" w:w="19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</w:tr>
      <w:tr>
        <w:trPr>
          <w:cantSplit/>
        </w:trPr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19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19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3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19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3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19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21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381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190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21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213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Проценты в квадратных скобках подберите под свою организацию. Если профсоюза нет, удалите отметку об учёте мнения в шапке и в пункте 8.2.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премировании работников организации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