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УТВЕРЖДЕНЫ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приказом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Правила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внутреннего трудового распорядка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[наименование организации]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Общие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Настоящие Правила внутреннего трудового распорядка (далее — Правила) разработаны в соответствии со статьями 189 и 190 Трудового кодекса Российской Федерации и определяют порядок приёма и увольнения работников, основные права, обязанности и ответственность сторон трудового договора, режим работы, время отдыха, меры поощрения и взыскания, а также иные вопросы регулирования трудовых отношений 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Работодатель).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Правила обязательны для всех работников Работодателя, включая совместителей. Особенности режима работы дистанционных работников устанавливаются трудовыми договорами с ними.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Работники знакомятся с Правилами под подпись: при приёме на работу — до подписания трудового договора, действующие работники — до вступления Правил в силу.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Приём на работу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заключении трудового договора лицо, поступающее на работу, предъявляет документы, предусмотренные статьёй 65 ТК РФ: паспорт или иной документ, удостоверяющий личность; трудовую книжку и (или) сведения о трудовой деятельности, за исключением случаев, когда трудовой договор заключается впервые; документ, подтверждающий регистрацию в системе индивидуального (персонифицированного) учёта; документы воинского учёта — для военнообязанных и лиц, подлежащих призыву; документ об образовании и (или) квалификации — при поступлении на работу, требующую специальных знаний; иные документы в случаях, предусмотренных федеральными законами.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Трудовой договор заключается в письменной форме в двух экземплярах, один из которых передаётся работнику под подпись. Трудовой договор, не оформленный в письменной форме, считается заключённым, если работник приступил к работе с ведома или по поручению Работодателя; в этом случае договор оформляется не позднее трёх рабочих дней со дня фактического допущения к работе.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 подписания трудового договора работник знакомится под подпись с настоящими Правилами, Положением об оплате труда, Положением о премировании, должностной инструкцией и иными локальными нормативными актами, непосредственно связанными с его трудовой деятельностью.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Соглашением сторон может быть установлено испытание продолжительностью не более трёх месяцев, а для руководителя организации, его заместителей и главного бухгалтера — не более шести месяцев. Испытание не устанавливается для категорий лиц, указанных в статье 70 ТК РФ.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трудового договора издаётся приказ о приёме на работу, с которым работник знакомится под подпись в течение трёх рабочих дней со дня фактического начала работы.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Сведения о трудовой деятельности работника формируются Работодателем в электронном виде и представляются в Фонд пенсионного и социального страхования Российской Федерации.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Перевод и прекращение трудового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Перевод на другую работу допускается только с письменного согласия работника, за исключением случаев, предусмотренных статьёй 72.2 ТК РФ.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Работник вправе расторгнуть трудовой договор, предупредив об этом Работодателя в письменной форме не позднее чем за две недели. Течение срока начинается на следующий день после получения Работодателем заявления работника. По соглашению сторон договор может быть расторгнут и до истечения срока предупреждения.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Прекращение трудового договора оформляется приказом, с которым работник знакомится под подпись. Днём прекращения трудового договора является последний день работы работника.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день прекращения трудового договора Работодатель производит с работником окончательный расчёт, выдаёт сведения о трудовой деятельности у данного Работодателя (трудовую книжку при её ведении), а также по письменному заявлению работника — заверенные копии документов, связанных с работой.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Основные права и обязанности работников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Работник имеет права, предусмотренные статьёй 21 ТК РФ, в том числе право на: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рабочее место, соответствующее государственным нормативным требованиям охраны труда;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своевременную и в полном объёме выплату заработной платы;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отдых, обеспечиваемый нормальной продолжительностью рабочего времени, выходными днями и оплачиваемыми ежегодными отпусками;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полную достоверную информацию об условиях труда и требованиях охраны труда на рабочем месте;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защиту своих трудовых прав всеми не запрещёнными законом способами.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Работник обязан: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добросовестно исполнять трудовые обязанности, возложенные на него трудовым договором и должностной инструкцией;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соблюдать настоящие Правила и трудовую дисциплину;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выполнять установленные нормы труда и требования охраны труда;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бережно относиться к имуществу Работодателя и других работников;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разглашать сведения, составляющие коммерческую тайну и персональные данные, ставшие известными в связи с работой;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незамедлительно сообщать непосредственному руководителю о ситуации, угрожающей жизни и здоровью людей или сохранности имущества;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случае невыхода на работу по уважительной причине сообщить об этом непосредственному руководителю в течение первого рабочего дня отсутствия любым доступным способом.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Основные права и обязанности Работодателя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Работодатель имеет права, предусмотренные статьёй 22 ТК РФ, в том числе право требовать от работников исполнения трудовых обязанностей, поощрять работников за добросовестный труд, привлекать их к дисциплинарной и материальной ответственности, принимать локальные нормативные акты.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Работодатель обязан: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предоставлять работникам работу, обусловленную трудовым договором;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обеспечивать безопасность и условия труда, соответствующие государственным нормативным требованиям охраны труда;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обеспечивать работников оборудованием, инструментами и иными средствами, необходимыми для исполнения трудовых обязанностей;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выплачивать заработную плату в полном размере и в сроки, установленные настоящими Правилами;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вести учёт рабочего времени, фактически отработанного каждым работником;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знакомить работников под подпись с принимаемыми локальными нормативными актами, непосредственно связанными с их трудовой деятельностью;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отстранять от работы работников в случаях, предусмотренных статьёй 76 ТК РФ.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Рабочее время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Для работников устанавливается пятидневная рабочая неделя продолжительностью 40 часов с двумя выходными днями — суббота и воскресенье.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Время начала работы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[9:00]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время окончания работы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[18:00]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Перерыв для отдыха и питания —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[13:00]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[14:00]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в рабочее время не включается и не оплачивается.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Накануне нерабочих праздничных дней продолжительность работы сокращается на один час.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Для работников, занимающих должности по перечню, указанному в приложении № 1 к Правилам, устанавливается ненормированный рабочий день. Такие работники могут по распоряжению Работодателя эпизодически привлекаться к выполнению трудовых функций за пределами установленной продолжительности рабочего времени.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Работникам, для которых трудовым договором установлен иной режим (неполное рабочее время, сменная работа, гибкий график), режим работы определяется трудовым договором.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Привлечение к сверхурочной работе и к работе в выходные и нерабочие праздничные дни производится в порядке и с оплатой, предусмотренными статьями 99, 113, 152 и 153 ТК РФ.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Учёт рабочего времени ведётся в табеле учёта рабочего времени ответственными лицами, назначенными приказом Работодателя.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Время отдыха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Работникам предоставляется ежегодный основной оплачиваемый отпуск продолжительностью 28 календарных дней.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Работникам с ненормированным рабочим днём предоставляется ежегодный дополнительный оплачиваемый отпуск продолжительностью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[3]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Очерёдность предоставления отпусков определяется графиком отпусков, который утверждается Работодателем не позднее чем за две недели до наступления календарного года. О времени начала отпуска работник извещается под подпись не позднее чем за две недели до его начала.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соглашению между работником и Работодателем ежегодный оплачиваемый отпуск может быть разделён на части, при этом хотя бы одна из частей должна составлять не менее 14 календарных дней.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письменному заявлению работника ему может быть предоставлен отпуск без сохранения заработной платы продолжительностью, определяемой по соглашению сторон, а в случаях, предусмотренных статьёй 128 ТК РФ, — в обязательном порядке.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Оплата труда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Заработная плата выплачивается не реже чем каждые полмесяца: за первую половину месяца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[25]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-го числа текущего месяца, окончательный расчёт за месяц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[10]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-го числа следующего месяца.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совпадении дня выплаты с выходным или нерабочим праздничным днём выплата производится накануне этого дня. Оплата отпуска производится не позднее чем за три дня до его начала.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Заработная плата перечисляется на счёт работника в банке, указанный в его письменном заявлении. Работник вправе заменить банк, сообщив об этом Работодателю в письменной форме не позднее чем за 15 календарных дней до дня выплаты.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выплате заработной платы каждому работнику выдаётся расчётный листок в форме, утверждённой Работодателем, в том числе в электронном виде на адрес электронной почты работника.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Поощрения за труд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добросовестное исполнение трудовых обязанностей Работодатель применяет следующие поощрения: объявление благодарности, выдача премии, награждение ценным подарком, награждение почётной грамотой. Поощрения объявляются приказом; порядок выплаты премий определяется Положением о премировании.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10. Дисциплинарная ответственность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совершение дисциплинарного проступка, то есть неисполнение или ненадлежащее исполнение работником по его вине возложенных на него трудовых обязанностей, Работодатель вправе применить следующие дисциплинарные взыскания: замечание, выговор, увольнение по соответствующим основаниям.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 применения взыскания от работника требуется письменное объяснение. Если по истечении двух рабочих дней объяснение не представлено, составляется соответствующий акт. Непредставление объяснения не является препятствием для применения взыскания.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Дисциплинарное взыскание применяется не позднее одного месяца со дня обнаружения проступка, не считая времени болезни работника, пребывания его в отпуске и времени, необходимого на учёт мнения представительного органа работников, и не позднее шести месяцев со дня его совершения.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каждый дисциплинарный проступок может быть применено только одно дисциплинарное взыскание. Приказ о применении взыскания объявляется работнику под подпись в течение трёх рабочих дней со дня его издания, не считая времени отсутствия работника на работе.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в течение года со дня применения взыскания работник не будет подвергнут новому взысканию, он считается не имеющим взыскания. Работодатель вправе снять взыскание досрочно.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11.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Правила вступают в силу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и действуют до их отмены или замены новыми.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Правила, изменения и дополнения к ним утверждаются приказом Работодателя с учётом мнения представительного органа работников (при его наличии) в порядке статьи 372 ТК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 1 — перечень должностей с ненормированным рабочим днём; № 2 — лист ознакомления.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руководителя]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Приложение № 1 к Правилам внутреннего трудового распорядка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Перечень должностей работников с ненормированным рабочим днём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949"/>
        <w:gridCol w:w="3118"/>
        <w:gridCol w:w="5287"/>
      </w:tblGrid>
      <w:tr>
        <w:trPr>
          <w:cantSplit/>
        </w:trPr>
        <w:tc>
          <w:tcPr>
            <w:tcW w:type="dxa" w:w="9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Должность</w:t>
            </w:r>
          </w:p>
        </w:tc>
        <w:tc>
          <w:tcPr>
            <w:tcW w:type="dxa" w:w="528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Дополнительный отпуск, календарных дней</w:t>
            </w:r>
          </w:p>
        </w:tc>
      </w:tr>
      <w:tr>
        <w:trPr>
          <w:cantSplit/>
        </w:trPr>
        <w:tc>
          <w:tcPr>
            <w:tcW w:type="dxa" w:w="9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[Заместитель директора]</w:t>
            </w:r>
          </w:p>
        </w:tc>
        <w:tc>
          <w:tcPr>
            <w:tcW w:type="dxa" w:w="528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[3]</w:t>
            </w:r>
          </w:p>
        </w:tc>
      </w:tr>
      <w:tr>
        <w:trPr>
          <w:cantSplit/>
        </w:trPr>
        <w:tc>
          <w:tcPr>
            <w:tcW w:type="dxa" w:w="9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[Главный бухгалтер]</w:t>
            </w:r>
          </w:p>
        </w:tc>
        <w:tc>
          <w:tcPr>
            <w:tcW w:type="dxa" w:w="528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[3]</w:t>
            </w:r>
          </w:p>
        </w:tc>
      </w:tr>
      <w:tr>
        <w:trPr>
          <w:cantSplit/>
        </w:trPr>
        <w:tc>
          <w:tcPr>
            <w:tcW w:type="dxa" w:w="94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3</w:t>
            </w:r>
          </w:p>
        </w:tc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[Руководитель отдела]</w:t>
            </w:r>
          </w:p>
        </w:tc>
        <w:tc>
          <w:tcPr>
            <w:tcW w:type="dxa" w:w="528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[3]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Приложение № 2 к Правилам внутреннего трудового распорядка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Лист ознакомления работников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212"/>
        <w:gridCol w:w="3811"/>
        <w:gridCol w:w="1905"/>
        <w:gridCol w:w="1212"/>
        <w:gridCol w:w="1212"/>
      </w:tblGrid>
      <w:tr>
        <w:trPr>
          <w:cantSplit/>
        </w:trPr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381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ФИО работника</w:t>
            </w:r>
          </w:p>
        </w:tc>
        <w:tc>
          <w:tcPr>
            <w:tcW w:type="dxa" w:w="19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Должность</w:t>
            </w:r>
          </w:p>
        </w:tc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</w:t>
            </w:r>
          </w:p>
        </w:tc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</w:t>
            </w:r>
          </w:p>
        </w:tc>
      </w:tr>
      <w:tr>
        <w:trPr>
          <w:cantSplit/>
        </w:trPr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381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Имя Отчество]</w:t>
            </w:r>
          </w:p>
        </w:tc>
        <w:tc>
          <w:tcPr>
            <w:tcW w:type="dxa" w:w="19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</w:tc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381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Имя Отчество]</w:t>
            </w:r>
          </w:p>
        </w:tc>
        <w:tc>
          <w:tcPr>
            <w:tcW w:type="dxa" w:w="19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</w:tc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3</w:t>
            </w:r>
          </w:p>
        </w:tc>
        <w:tc>
          <w:tcPr>
            <w:tcW w:type="dxa" w:w="381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Имя Отчество]</w:t>
            </w:r>
          </w:p>
        </w:tc>
        <w:tc>
          <w:tcPr>
            <w:tcW w:type="dxa" w:w="19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</w:tc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4</w:t>
            </w:r>
          </w:p>
        </w:tc>
        <w:tc>
          <w:tcPr>
            <w:tcW w:type="dxa" w:w="381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Имя Отчество]</w:t>
            </w:r>
          </w:p>
        </w:tc>
        <w:tc>
          <w:tcPr>
            <w:tcW w:type="dxa" w:w="19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</w:tc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121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5</w:t>
            </w:r>
          </w:p>
        </w:tc>
        <w:tc>
          <w:tcPr>
            <w:tcW w:type="dxa" w:w="381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Имя Отчество]</w:t>
            </w:r>
          </w:p>
        </w:tc>
        <w:tc>
          <w:tcPr>
            <w:tcW w:type="dxa" w:w="190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</w:tc>
        <w:tc>
          <w:tcPr>
            <w:tcW w:type="dxa" w:w="121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213"/>
          </w:tcPr>
          <w:p>
            <w:pPr>
              <w:spacing w:before="0" w:after="20" w:line="240" w:lineRule="auto"/>
              <w:jc w:val="left"/>
            </w:pPr>
            <w:r/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Время работы, даты выплаты зарплаты и перечень должностей замените своими. Даты выплаты зарплаты должны отстоять друг от друга не более чем на полмесяца, а окончательный расчёт — не позднее 15 календарных дней после окончания месяца.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трудового распорядка организации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