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сокращении численности (штата) работников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сокращения, например: оптимизацией организационной структуры и сокращением объёма работ отдела логистики]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руководствуясь пунктом 2 части первой статьи 81, статьями 82, 178–180 Трудового кодекса Российской Федерации и частью 4 статьи 53 Федерального закона от 12.12.2023 № 565-ФЗ «О занятости населения в Российской Федерации»,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Сократить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не ранее чем через два месяца после предупреждения работников]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следующие штатные единицы: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08"/>
        <w:gridCol w:w="3233"/>
        <w:gridCol w:w="2425"/>
        <w:gridCol w:w="2887"/>
      </w:tblGrid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2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Структурное подразделение</w:t>
            </w:r>
          </w:p>
        </w:tc>
        <w:tc>
          <w:tcPr>
            <w:tcW w:type="dxa" w:w="24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 (профессия)</w:t>
            </w:r>
          </w:p>
        </w:tc>
        <w:tc>
          <w:tcPr>
            <w:tcW w:type="dxa" w:w="28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Количество штатных единиц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2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подразделения]</w:t>
            </w:r>
          </w:p>
        </w:tc>
        <w:tc>
          <w:tcPr>
            <w:tcW w:type="dxa" w:w="24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28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2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подразделения]</w:t>
            </w:r>
          </w:p>
        </w:tc>
        <w:tc>
          <w:tcPr>
            <w:tcW w:type="dxa" w:w="242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288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Начальнику отдела кадров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подготовить изменения в штатное расписание, вводимые в действие с даты, указанной в пункте 1, и представить их на утверждение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Создать комиссию для определения преимущественного права на оставление на работе (статья 179 ТК РФ) в составе: председатель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члены комиссии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Комиссии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сравнить производительность труда и квалификацию работников, занимающих одноимённые должности, и оформить решение протоколом.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Начальнику отдела кадров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персонально под подпись предупредить работников, подлежащих увольнению, о предстоящем увольнении не менее чем за два месяца до его даты.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всего срока предупреждения письменно предлагать работникам все имеющиеся у работодателя в данной местности вакантные должности (работу), соответствующие их квалификации, а также нижестоящие и нижеоплачиваемые, которые работники могут выполнять с учётом состояния здоровья.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направить письменное уведомление о предстоящем сокращении в выборный орган первичной профсоюзной организации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сообщить в органы службы занятости о решении о сокращении численности (штата) с указанием должностей, профессий, специальностей, квалификационных требований и условий оплаты труда каждого работника.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Проверить, нет ли среди работников, занимающих сокращаемые должности, лиц, увольнение которых по инициативе работодателя запрещено (статья 261 ТК РФ), а также работников, находящихся в отпуске или временно нетрудоспособных.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день увольнения произвести с работниками окончательный расчёт и выплатить выходное пособие в размере среднего месячного заработка, а в дальнейшем — сохраняемый средний заработок в порядке статьи 178 ТК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[документ-основание, например: решение общего собрания участников]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543"/>
        <w:gridCol w:w="1700"/>
        <w:gridCol w:w="992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35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17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35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[начальник отдела кадров]</w:t>
            </w:r>
          </w:p>
        </w:tc>
        <w:tc>
          <w:tcPr>
            <w:tcW w:type="dxa" w:w="17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35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[главный бухгалтер]</w:t>
            </w:r>
          </w:p>
        </w:tc>
        <w:tc>
          <w:tcPr>
            <w:tcW w:type="dxa" w:w="17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354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[председатель комиссии]</w:t>
            </w:r>
          </w:p>
        </w:tc>
        <w:tc>
          <w:tcPr>
            <w:tcW w:type="dxa" w:w="17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99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Профсоюз и службу занятости уведомляют не позднее чем за два месяца до начала сокращения, а при массовом увольнении — за три месяца. Если профсоюза нет, удалите пункт 4.3.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численности (штата) работников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