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работодателя]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-к о совмещении должностей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статьями 60.2 и 151 Трудового кодекса Российской Федерации, в связи с наличием вакантной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вакантной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на основании письменного согласия работника и дополнительного соглашения к трудовому договору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 основной работе]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его письменного согласия выполнение в течение установленной продолжительности рабочего дня наряду с работой, определённой трудовым договором, дополнительной работы по вакантной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вакантной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путём совмещения должностей.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срок выполнения дополнительной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содержание и объём дополнительной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обязанностей по совмещаемой должности, например: приём и обработка входящей корреспонденции, ведение журнала регистрации договоров, подготовка ежемесячного отчёта для руководителя отдела]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работнику за выполнение дополнительной работы ежемесячную 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Доплата начисляется пропорционально времени фактического выполнения дополнительной работы в месяце и выплачивается в сроки выплаты заработной платы.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вправе досрочно отказаться от выполнения дополнительной работы, а работодатель вправе досрочно отменить поручение о её выполнении, предупредив об этом другую сторону в письменной форме не позднее чем за три рабочих дня (часть 4 статьи 60.2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работника под подпись с должностной инструкцией по совмещаемой должности до начала выполнения дополнительной работы.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производить начисление доплаты, указанной в пункте 4 настоящего приказа,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дополнительное соглашение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ознакомлен(а), согласие на выполнение дополнительной работы на указанных условиях подтверждаю: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41"/>
        <w:gridCol w:w="2539"/>
        <w:gridCol w:w="3474"/>
      </w:tblGrid>
      <w:tr>
        <w:trPr>
          <w:cantSplit/>
        </w:trPr>
        <w:tc>
          <w:tcPr>
            <w:tcW w:type="dxa" w:w="33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3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25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Должность, И. О. Фамилия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Подпись, дата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 подразделения]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Главный бухгалтер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издаётся только после того, как работник письменно согласился на дополнительную работу. Срок, перечень обязанностей и размер доплаты в приказе должны совпадать с дополнительным соглашением к трудовому договору.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по вакантной должности с ежемесячной доплатой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