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[Полное наименование работодателя, например: Общество с ограниченной ответственностью «Альфа»]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работодателя]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-к о прекращении (расторжении) трудового договора с работником по соглашению сторон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издания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78 и пунктом 1 части первой статьи 77 Трудового кодекса Российской Федерации, на основании соглашения о расторжении трудового договора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Прекратить действие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уволить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соглашению сторон, пункт 1 части первой статьи 77 Трудового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Считать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последним днём работы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день увольнения произвести с работником окончательный расчёт и выплатить: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заработную плату за фактически отработанное время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денежную компенсацию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неиспользованного ежегодного оплачиваемого отпуска;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выходное пособие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соглашения о расторжении трудового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ответственного сотрудника кадровой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работника с настоящим приказом под подпись;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день увольнения выдать работнику трудовую книжку (если она ведётся на бумаге) с записью об увольнении либо сведения о трудовой деятельности по форме СТД-Р, а также справку о сумме заработка за два календарных года, предшествующих году увольнения, и текущий год;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представить сведения об увольнении в Социальный фонд России в составе формы ЕФС-1 не позднее рабочего дня, следующего за днём издания приказа;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письменному заявлению работника выдать заверенные копии документов, связанных с работой.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соглашение о расторжении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Ознакомление работника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41"/>
        <w:gridCol w:w="2539"/>
        <w:gridCol w:w="3474"/>
      </w:tblGrid>
      <w:tr>
        <w:trPr>
          <w:cantSplit/>
        </w:trPr>
        <w:tc>
          <w:tcPr>
            <w:tcW w:type="dxa" w:w="33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2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3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25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34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Ознакомлены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Должность, И. О. Фамилия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Подпись, дата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Главный бухгалтер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 «___» 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Дата увольнения и размер выплат в приказе должны совпадать с подписанным соглашением. Если работник отказывается расписаться в приказе, на нём делается запись об отказе с датой; надёжнее, если её подпишут два-три сотрудника.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увольнении работника по соглашению сторон с выплатой выходного пособия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