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[Полное наименование работодателя, например: Общество с ограниченной ответственностью «Альфа»]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 КПП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[КПП]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[юридический адрес работодателя]</w:t>
      </w: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Приказ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№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-к о выплате материальной помощи работнику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соответствии с пунктом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пункта]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локального акта, например: Положения об оплате труда и материальном стимулировании работников]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утверждённого приказом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в связи со смертью члена семьи работника, на основании заявления работника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ПРИКАЗЫВАЮ: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Выплатить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[ФИО работника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[структурное подразделение]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табельный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единовременную материальную помощь в связи со смертью члена семьи,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[степень родства, например: отца]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умершего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умершего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смерти]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Выплату произвести за счёт собственных средств организации,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выплаты]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путём перечисления на банковский счёт работника, на который перечисляется заработная плата.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Главному бухгалтеру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произвести начисление и выплату материальной помощи в срок, указанный в пункте 2 настоящего приказа;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исчислить и удержать налог на доходы физических лиц, начислить страховые взносы с учётом освобождений, предусмотренных статьями 217 и 422 Налогового кодекса Российской Федерации;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включать сумму материальной помощи в расчёт среднего заработка работника.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ответственного сотрудника кадровой службы]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ознакомить работника с настоящим приказом под подпись и приобщить копии документов-оснований к делу с приказами по личному составу.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Контроль за исполнением приказа оставляю за собой.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Основание: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заявление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работника в родительном падеже]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о выплате материальной помощи;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свидетельства о смерти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умершего в родительном падеже]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[документ, подтверждающий родство, например: свидетельство о рождении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[Должность руководителя]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Ознакомление работника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 приказом ознакомлен(а):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3341"/>
        <w:gridCol w:w="2539"/>
        <w:gridCol w:w="3474"/>
      </w:tblGrid>
      <w:tr>
        <w:trPr>
          <w:cantSplit/>
        </w:trPr>
        <w:tc>
          <w:tcPr>
            <w:tcW w:type="dxa" w:w="334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Работник</w:t>
            </w:r>
          </w:p>
        </w:tc>
        <w:tc>
          <w:tcPr>
            <w:tcW w:type="dxa" w:w="253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Подпись</w:t>
            </w:r>
          </w:p>
        </w:tc>
        <w:tc>
          <w:tcPr>
            <w:tcW w:type="dxa" w:w="347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Дата</w:t>
            </w:r>
          </w:p>
        </w:tc>
      </w:tr>
      <w:tr>
        <w:trPr>
          <w:cantSplit/>
        </w:trPr>
        <w:tc>
          <w:tcPr>
            <w:tcW w:type="dxa" w:w="334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 работника]</w:t>
            </w:r>
          </w:p>
        </w:tc>
        <w:tc>
          <w:tcPr>
            <w:tcW w:type="dxa" w:w="253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___________________</w:t>
            </w:r>
          </w:p>
        </w:tc>
        <w:tc>
          <w:tcPr>
            <w:tcW w:type="dxa" w:w="347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«___» ___________ 20___ г.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Ознакомлены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Должность, И. О. Фамилия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Подпись, дата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Главный бухгалтер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 «___» ________ 20___ г.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 сотрудника кадровой службы]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 «___» ________ 20___ г.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Единовременная материальная помощь в связи со смертью члена семьи не облагается НДФЛ и страховыми взносами без ограничения суммы, но только при наличии документов, подтверждающих смерть и родство. Без них льгота может быть снята при налоговой проверке.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выплате единовременной материальной помощи работнику в связи со смертью члена семьи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