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[Полное наименование организации, например: Общество с ограниченной ответственностью «Альфа»]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[юридический адрес]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Приказ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об отзыве работника из ежегодного оплачиваемого отпуска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приказа]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связи с производственной необходимостью, а именно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 опишите причину, например: необходимостью срочно завершить подготовку годовой отчётности]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на основании части второй статьи 125 Трудового кодекса Российской Федерации и с письменного согласия работника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ПРИКАЗЫВАЮ: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Отозвать из ежегодного основного оплачиваемого отпуска, предоставленного приказом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структурного подразделения]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работника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табельный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 и инициалы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приступить к исполнению трудовых обязанностей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выхода на работу]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Неиспользованную часть отпуска продолжительностью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календарных дней предоставить работнику в удобное для него время в текущем рабочем году на основании его письменного заявления либо по выбору работника присоединить к отпуску за следующий рабочий год.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Главному бухгалтеру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 и инициалы]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оплатить период работы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соответствии с трудовым договором;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произвести перерасчёт отпускных за неиспользованные дни отпуска;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излишне выплаченные отпускные зачесть в счёт оплаты неиспользованной части отпуска при её предоставлении на основании письменного согласия работника;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возместить работнику подтверждённые документами расходы на досрочное возвращение из места проведения отпуска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Специалисту по кадрам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 и инициалы]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внести изменения в график отпусков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 и в личную карточку работника (форма № Т-2), отразить выход на работу в табеле учёта рабочего времени.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Контроль за исполнением приказа оставляю за собой.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Отозвать из отпуска нельзя беременную женщину и работника моложе 18 лет. Отказ работника выйти на работу до окончания отпуска не является дисциплинарным проступком, поэтому приказ издаётся только после получения письменного согласия.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Основание: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служебная записка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фамилия и инициалы руководителя подразделения]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письменное согласие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 и инициалы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отзыв из отпуска и на зачёт ранее выплаченных отпускных.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руководителя, например: Генеральный директор]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Ознакомление работника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 приказом ознакомлен(а), на отзыв из отпуска согласен(на):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1633"/>
        <w:gridCol w:w="2672"/>
        <w:gridCol w:w="1633"/>
        <w:gridCol w:w="3415"/>
      </w:tblGrid>
      <w:tr>
        <w:trPr>
          <w:cantSplit/>
        </w:trPr>
        <w:tc>
          <w:tcPr>
            <w:tcW w:type="dxa" w:w="163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Должность</w:t>
            </w:r>
          </w:p>
        </w:tc>
        <w:tc>
          <w:tcPr>
            <w:tcW w:type="dxa" w:w="267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Фамилия и инициалы</w:t>
            </w:r>
          </w:p>
        </w:tc>
        <w:tc>
          <w:tcPr>
            <w:tcW w:type="dxa" w:w="163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Подпись</w:t>
            </w:r>
          </w:p>
        </w:tc>
        <w:tc>
          <w:tcPr>
            <w:tcW w:type="dxa" w:w="341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Дата</w:t>
            </w:r>
          </w:p>
        </w:tc>
      </w:tr>
      <w:tr>
        <w:trPr>
          <w:cantSplit/>
        </w:trPr>
        <w:tc>
          <w:tcPr>
            <w:tcW w:type="dxa" w:w="163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</w:tc>
        <w:tc>
          <w:tcPr>
            <w:tcW w:type="dxa" w:w="267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</w:p>
        </w:tc>
        <w:tc>
          <w:tcPr>
            <w:tcW w:type="dxa" w:w="163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</w:t>
            </w:r>
          </w:p>
        </w:tc>
        <w:tc>
          <w:tcPr>
            <w:tcW w:type="dxa" w:w="341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«___» ________ 20___ г.</w:t>
            </w:r>
          </w:p>
        </w:tc>
      </w:tr>
    </w:tbl>
    <w:p>
      <w:pPr>
        <w:spacing w:before="0" w:after="80" w:line="276" w:lineRule="auto"/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4811"/>
        <w:gridCol w:w="1470"/>
        <w:gridCol w:w="3073"/>
      </w:tblGrid>
      <w:tr>
        <w:trPr>
          <w:cantSplit/>
        </w:trPr>
        <w:tc>
          <w:tcPr>
            <w:tcW w:type="dxa" w:w="481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Ознакомлены (исполнители)</w:t>
            </w:r>
          </w:p>
        </w:tc>
        <w:tc>
          <w:tcPr>
            <w:tcW w:type="dxa" w:w="147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Подпись</w:t>
            </w:r>
          </w:p>
        </w:tc>
        <w:tc>
          <w:tcPr>
            <w:tcW w:type="dxa" w:w="307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Дата</w:t>
            </w:r>
          </w:p>
        </w:tc>
      </w:tr>
      <w:tr>
        <w:trPr>
          <w:cantSplit/>
        </w:trPr>
        <w:tc>
          <w:tcPr>
            <w:tcW w:type="dxa" w:w="481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Главный бухгалтер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</w:p>
        </w:tc>
        <w:tc>
          <w:tcPr>
            <w:tcW w:type="dxa" w:w="147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</w:t>
            </w:r>
          </w:p>
        </w:tc>
        <w:tc>
          <w:tcPr>
            <w:tcW w:type="dxa" w:w="307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«___» ________ 20___ г.</w:t>
            </w:r>
          </w:p>
        </w:tc>
      </w:tr>
      <w:tr>
        <w:trPr>
          <w:cantSplit/>
        </w:trPr>
        <w:tc>
          <w:tcPr>
            <w:tcW w:type="dxa" w:w="481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Специалист по кадрам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</w:p>
        </w:tc>
        <w:tc>
          <w:tcPr>
            <w:tcW w:type="dxa" w:w="147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</w:t>
            </w:r>
          </w:p>
        </w:tc>
        <w:tc>
          <w:tcPr>
            <w:tcW w:type="dxa" w:w="307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«___» ________ 20___ г.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отзыве работника из ежегодного оплачиваемого отпуска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