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организации, например: Общество с ограниченной ответственностью «Альфа»]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привлечении работников к работе в выходной день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приказа]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связи с необходимостью выполнения заранее непредвиденных работ, от срочного выполнения которых зависит нормальная работа организации, а именно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 работы, например: срочной отгрузки продукции по договору поставки]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на основании части второй статьи 113 Трудового кодекса Российской Федерации и с письменного согласия работников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Привлечь к работе в выходной день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следующих работников: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935"/>
        <w:gridCol w:w="2940"/>
        <w:gridCol w:w="3474"/>
        <w:gridCol w:w="2004"/>
      </w:tblGrid>
      <w:tr>
        <w:trPr>
          <w:cantSplit/>
        </w:trPr>
        <w:tc>
          <w:tcPr>
            <w:tcW w:type="dxa" w:w="9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29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Фамилия, имя, отчество</w:t>
            </w:r>
          </w:p>
        </w:tc>
        <w:tc>
          <w:tcPr>
            <w:tcW w:type="dxa" w:w="34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Должность, подразделение</w:t>
            </w:r>
          </w:p>
        </w:tc>
        <w:tc>
          <w:tcPr>
            <w:tcW w:type="dxa" w:w="20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Табельный номер</w:t>
            </w:r>
          </w:p>
        </w:tc>
      </w:tr>
      <w:tr>
        <w:trPr>
          <w:cantSplit/>
        </w:trPr>
        <w:tc>
          <w:tcPr>
            <w:tcW w:type="dxa" w:w="9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29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  <w:tc>
          <w:tcPr>
            <w:tcW w:type="dxa" w:w="34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[должность, подразделение]</w:t>
            </w:r>
          </w:p>
        </w:tc>
        <w:tc>
          <w:tcPr>
            <w:tcW w:type="dxa" w:w="20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294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  <w:tc>
          <w:tcPr>
            <w:tcW w:type="dxa" w:w="34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[должность, подразделение]</w:t>
            </w:r>
          </w:p>
        </w:tc>
        <w:tc>
          <w:tcPr>
            <w:tcW w:type="dxa" w:w="200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Ответственным за организацию работ и соблюдение требований охраны труда назначить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Оплатить работу в выходной день не менее чем в двойном размере в соответствии со статьёй 153 ТК РФ. По письменному заявлению работника вместо повышенной оплаты предоставить ему другой день отдыха, при этом работа в выходной день оплачивается в одинарном размере, а день отдыха оплате не подлежит.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отразить работу в выходной день в табеле учёта рабочего времени, 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произвести оплату в сроки выплаты заработной платы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приказа оставляю за собой.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Беременных женщин и работников моложе 18 лет к работе в выходной день не привлекают. Инвалидов, женщин с детьми до трёх лет и других работников из статей 259 и 264 ТК РФ привлекают только с письменного согласия, если это не запрещено по медицинскому заключению, и под подпись знакомят с правом отказаться.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служебная записка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письменные согласия работников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Генеральный директор]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Ознакомление работников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приказом ознакомлен(а), на работу в выходной день согласен(на), с правом отказаться от такой работы ознакомлен(а):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922"/>
        <w:gridCol w:w="3952"/>
        <w:gridCol w:w="1449"/>
        <w:gridCol w:w="3030"/>
      </w:tblGrid>
      <w:tr>
        <w:trPr>
          <w:cantSplit/>
        </w:trPr>
        <w:tc>
          <w:tcPr>
            <w:tcW w:type="dxa" w:w="9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95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Фамилия и инициалы</w:t>
            </w:r>
          </w:p>
        </w:tc>
        <w:tc>
          <w:tcPr>
            <w:tcW w:type="dxa" w:w="14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30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9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95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  <w:tc>
          <w:tcPr>
            <w:tcW w:type="dxa" w:w="14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</w:t>
            </w:r>
          </w:p>
        </w:tc>
        <w:tc>
          <w:tcPr>
            <w:tcW w:type="dxa" w:w="30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 20___ г.</w:t>
            </w:r>
          </w:p>
        </w:tc>
      </w:tr>
      <w:tr>
        <w:trPr>
          <w:cantSplit/>
        </w:trPr>
        <w:tc>
          <w:tcPr>
            <w:tcW w:type="dxa" w:w="9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95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  <w:tc>
          <w:tcPr>
            <w:tcW w:type="dxa" w:w="14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</w:t>
            </w:r>
          </w:p>
        </w:tc>
        <w:tc>
          <w:tcPr>
            <w:tcW w:type="dxa" w:w="30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 20___ г.</w:t>
            </w:r>
          </w:p>
        </w:tc>
      </w:tr>
      <w:tr>
        <w:trPr>
          <w:cantSplit/>
        </w:trPr>
        <w:tc>
          <w:tcPr>
            <w:tcW w:type="dxa" w:w="92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—</w:t>
            </w:r>
          </w:p>
        </w:tc>
        <w:tc>
          <w:tcPr>
            <w:tcW w:type="dxa" w:w="39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Ответственный: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  <w:tc>
          <w:tcPr>
            <w:tcW w:type="dxa" w:w="144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</w:t>
            </w:r>
          </w:p>
        </w:tc>
        <w:tc>
          <w:tcPr>
            <w:tcW w:type="dxa" w:w="30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 20___ г.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работников к работе в выходной день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