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УТВЕРЖДЕНА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приказом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оператора]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приказа]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Политика конфиденциальности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в отношении обработки персональных данных пользователей сайта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[адрес сайта]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Редакция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Общие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Настоящая Политика определяет порядок и условия обработки персональных данных пользователей сайта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сайта, например https://example.ru]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Сайт), а также меры по защите персональных данных, которые принимает Оператор.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Политика разработана в соответствии с Федеральным законом от 27.07.2006 № 152-ФЗ «О персональных данных» (далее — Закон о персональных данных) и применяется ко всем персональным данным, которые Оператор получает через Сайт, его формы, чаты и сервисы аналитики.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Термины в Политике используются в значении, установленном статьёй 3 Закона о персональных данных. Пользователь — любое физическое лицо, посетившее Сайт.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Политика опубликована в свободном доступе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страницы с Политикой]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Ссылка на неё размещается рядом с каждой формой сбора данных.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Согласие на обработку персональных данных оформляется Пользователем отдельно от настоящей Политики и иных документов Сайта.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Сведения об операторе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Оператор: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(ОГРНИП)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или адрес регистрации 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Электронная почта для обращений по вопросам персональных данных: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[e-mail]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Лицо, ответственное за организацию обработки персональных данных: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Оператор включён в реестр операторов, осуществляющих обработку персональных данных, регистрационный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в реестре Роскомнадзора]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Цели обработки, состав данных, основания и сроки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Оператор обрабатывает персональные данные только для следующих целей: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918"/>
        <w:gridCol w:w="1679"/>
        <w:gridCol w:w="1918"/>
        <w:gridCol w:w="1918"/>
        <w:gridCol w:w="1918"/>
      </w:tblGrid>
      <w:tr>
        <w:trPr>
          <w:cantSplit/>
        </w:trPr>
        <w:tc>
          <w:tcPr>
            <w:tcW w:type="dxa" w:w="19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Цель</w:t>
            </w:r>
          </w:p>
        </w:tc>
        <w:tc>
          <w:tcPr>
            <w:tcW w:type="dxa" w:w="167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Субъекты</w:t>
            </w:r>
          </w:p>
        </w:tc>
        <w:tc>
          <w:tcPr>
            <w:tcW w:type="dxa" w:w="19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Персональные данные</w:t>
            </w:r>
          </w:p>
        </w:tc>
        <w:tc>
          <w:tcPr>
            <w:tcW w:type="dxa" w:w="19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Основание</w:t>
            </w:r>
          </w:p>
        </w:tc>
        <w:tc>
          <w:tcPr>
            <w:tcW w:type="dxa" w:w="19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Срок обработки</w:t>
            </w:r>
          </w:p>
        </w:tc>
      </w:tr>
      <w:tr>
        <w:trPr>
          <w:cantSplit/>
        </w:trPr>
        <w:tc>
          <w:tcPr>
            <w:tcW w:type="dxa" w:w="19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Ответ на обращения и заявки через формы Сайта</w:t>
            </w:r>
          </w:p>
        </w:tc>
        <w:tc>
          <w:tcPr>
            <w:tcW w:type="dxa" w:w="167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Пользователи, направившие обращение</w:t>
            </w:r>
          </w:p>
        </w:tc>
        <w:tc>
          <w:tcPr>
            <w:tcW w:type="dxa" w:w="19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Имя, телефон, адрес электронной почты, текст обращения</w:t>
            </w:r>
          </w:p>
        </w:tc>
        <w:tc>
          <w:tcPr>
            <w:tcW w:type="dxa" w:w="19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Согласие (п. 1 ч. 1 ст. 6 Закона)</w:t>
            </w:r>
          </w:p>
        </w:tc>
        <w:tc>
          <w:tcPr>
            <w:tcW w:type="dxa" w:w="19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 год с момента получения заявки или до отзыва согласия</w:t>
            </w:r>
          </w:p>
        </w:tc>
      </w:tr>
      <w:tr>
        <w:trPr>
          <w:cantSplit/>
        </w:trPr>
        <w:tc>
          <w:tcPr>
            <w:tcW w:type="dxa" w:w="19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Заключение и исполнение договора с Пользователем</w:t>
            </w:r>
          </w:p>
        </w:tc>
        <w:tc>
          <w:tcPr>
            <w:tcW w:type="dxa" w:w="167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Клиенты и их представители</w:t>
            </w:r>
          </w:p>
        </w:tc>
        <w:tc>
          <w:tcPr>
            <w:tcW w:type="dxa" w:w="19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ФИО, телефон, e-mail, адрес доставки, сведения о заказе и оплате</w:t>
            </w:r>
          </w:p>
        </w:tc>
        <w:tc>
          <w:tcPr>
            <w:tcW w:type="dxa" w:w="19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Исполнение договора (п. 5 ч. 1 ст. 6 Закона)</w:t>
            </w:r>
          </w:p>
        </w:tc>
        <w:tc>
          <w:tcPr>
            <w:tcW w:type="dxa" w:w="19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Срок действия договора и 5 лет после его исполнения</w:t>
            </w:r>
          </w:p>
        </w:tc>
      </w:tr>
      <w:tr>
        <w:trPr>
          <w:cantSplit/>
        </w:trPr>
        <w:tc>
          <w:tcPr>
            <w:tcW w:type="dxa" w:w="19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Направление информационных и рекламных сообщений</w:t>
            </w:r>
          </w:p>
        </w:tc>
        <w:tc>
          <w:tcPr>
            <w:tcW w:type="dxa" w:w="167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Подписчики</w:t>
            </w:r>
          </w:p>
        </w:tc>
        <w:tc>
          <w:tcPr>
            <w:tcW w:type="dxa" w:w="19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Имя, адрес электронной почты, телефон</w:t>
            </w:r>
          </w:p>
        </w:tc>
        <w:tc>
          <w:tcPr>
            <w:tcW w:type="dxa" w:w="19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Отдельное согласие (п. 1 ч. 1 ст. 6 Закона, ст. 18 Закона «О рекламе»)</w:t>
            </w:r>
          </w:p>
        </w:tc>
        <w:tc>
          <w:tcPr>
            <w:tcW w:type="dxa" w:w="19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До отзыва согласия или отписки</w:t>
            </w:r>
          </w:p>
        </w:tc>
      </w:tr>
      <w:tr>
        <w:trPr>
          <w:cantSplit/>
        </w:trPr>
        <w:tc>
          <w:tcPr>
            <w:tcW w:type="dxa" w:w="191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Анализ посещаемости и улучшение работы Сайта</w:t>
            </w:r>
          </w:p>
        </w:tc>
        <w:tc>
          <w:tcPr>
            <w:tcW w:type="dxa" w:w="167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Посетители Сайта</w:t>
            </w:r>
          </w:p>
        </w:tc>
        <w:tc>
          <w:tcPr>
            <w:tcW w:type="dxa" w:w="191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Файлы cookie, IP-адрес, сведения о браузере и устройстве, страницы посещения</w:t>
            </w:r>
          </w:p>
        </w:tc>
        <w:tc>
          <w:tcPr>
            <w:tcW w:type="dxa" w:w="191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Согласие (п. 1 ч. 1 ст. 6 Закона)</w:t>
            </w:r>
          </w:p>
        </w:tc>
        <w:tc>
          <w:tcPr>
            <w:tcW w:type="dxa" w:w="191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 год или до отзыва согласия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Оператор не обрабатывает специальные категории персональных данных (о здоровье, убеждениях и т. п.) и биометрические персональные данные.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Персональные данные, не соответствующие целям обработки, не запрашиваются. Если Пользователь сообщил их по своей инициативе, они уничтожаются.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Действия с персональными данными и способы обработки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Оператор осуществляет сбор, запись, систематизацию, накопление, хранение, уточнение, извлечение, использование, передачу (предоставление, доступ), блокирование, удаление и уничтожение персональных данных.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Обработка ведётся с использованием средств автоматизации и без них. Решения, порождающие юридические последствия для Пользователя, на основании исключительно автоматизированной обработки не принимаются.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Файлы cookie и сервисы аналитики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Сайт использует файлы cookie, необходимые для его работы, и файлы cookie сервиса веб-аналитики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российского сервиса аналитики]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Аналитические файлы cookie применяются только после того, как Пользователь дал согласие в баннере на Сайте. Пользователь может в любой момент удалить файлы cookie или запретить их в настройках браузера; часть функций Сайта при этом может работать некорректно.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Передача персональных данных третьим лицам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Оператор вправе поручить обработку персональных данных третьим лицам на основании договора, содержащего условия, предусмотренные частью 3 статьи 6 Закона о персональных данных. Такими лицами являются: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хостинг-провайдера]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— размещение Сайта и баз данных;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службы доставки]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— доставка заказов;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платёжного сервиса]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— приём оплаты.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Персональные данные предоставляются государственным органам только в случаях, предусмотренных законом.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Трансграничная передача персональных данных не осуществляется.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Место хранения персональных данных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Запись, систематизация, накопление, хранение, уточнение и извлечение персональных данных граждан Российской Федерации осуществляются с использованием баз данных, находящихся на территории Российской Федерации.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места нахождения баз данных: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центра обработки данных хостинг-провайдера]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Права пользователя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Пользователь вправе: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получить сведения об обработке своих персональных данных;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требовать уточнения, блокирования или уничтожения данных, если они неполные, устаревшие, неточные, незаконно получены или не нужны для заявленной цели;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отозвать согласие на обработку персональных данных;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требовать прекращения обработки данных в целях рекламы;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обжаловать действия Оператора в Роскомнадзоре или в суде.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Запрос направляется на e-mail, указанный в пункте 2.4, или почтой по адресу Оператора. Запрос должен содержать сведения, позволяющие идентифицировать Пользователя (имя, телефон или e-mail, указанные на Сайте), и подпись (в том числе электронную).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Порядок рассмотрения обращений и сроки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Оператор отвечает на запрос Пользователя в течение 10 (десяти) рабочих дней с даты его получения. Срок может быть продлён не более чем на 5 (пять) рабочих дней с направлением Пользователю мотивированного уведомления.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отзыве согласия Оператор прекращает обработку и уничтожает персональные данные в срок, не превышающий 30 (тридцати) дней, если иное основание для обработки не предусмотрено законом или договором с Пользователем.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Неточные данные уточняются в течение 7 (семи) рабочих дней со дня представления Пользователем подтверждающих сведений.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10. Уничтожение персональных данных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Персональные данные уничтожаются при достижении целей обработки, истечении сроков, указанных в разделе 3, отзыве согласия либо выявлении неправомерной обработки.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Уничтожение подтверждается актом и (или) выгрузкой из журнала регистрации событий в соответствии с требованиями, утверждёнными приказом Роскомнадзора от 28.10.2022 № 179.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11. Меры по защите персональных данных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Оператор принимает правовые, организационные и технические меры для защиты персональных данных от неправомерного доступа, изменения, распространения и уничтожения, в том числе: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назначает ответственного за организацию обработки персональных данных;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утверждает локальные акты по обработке персональных данных и знакомит с ними работников;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ограничивает доступ к персональным данным кругом работников, которым он необходим для работы;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использует защищённое соединение (HTTPS), пароли и разграничение прав доступа;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ведёт учёт машинных носителей и резервное копирование;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проводит внутренний контроль соответствия обработки требованиям закона.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выявлении неправомерной передачи (утечки) персональных данных Оператор уведомляет Роскомнадзор в течение 24 часов, а о результатах внутреннего расследования — в течение 72 часов.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12.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Политика действует бессрочно до её замены новой редакцией. Новая редакция вступает в силу с момента публикации на Сайте, если в ней не указано иное.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Предыдущие редакции Политики хранятся Оператором и предоставляются по запросу Пользователя.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всем вопросам, не урегулированным Политикой, применяется законодательство Российской Федерации о персональных данных.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До начала сбора данных подайте уведомление в Роскомнадзор (pd.rkn.gov.ru) и проверьте, что цели и перечни данных в разделе 3 совпадают с уведомлением. Строки таблицы, которые вам не нужны (например, рассылка), удалите.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подписанта]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конфиденциальности (политика обработки персональных данных) для сайта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