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разработку сайта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«Исполнитель»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обязуется по заданию Заказчика разработать сайт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[назначение сайта, например: корпоративный сайт с каталогом услуг]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Сайт) и передать Заказчику результат работ и исключительное право на него, а Заказчик обязуется принять и оплатить работы.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Состав, функции и требования к Сайту определены в Техническом задании (Приложение № 1), этапы и сроки — в Календарном плане (Приложение № 2). Приложения являются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Сайт разрабатывается на платформе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CMS или конструктора]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размещается на хостинге Заказчика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[доменное имя]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Сроки выполнения работ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Начало работ —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поступления аванса и предоставления Заказчиком материалов, указанных в Техническом задании.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Окончание работ —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Сроки отдельных этапов указаны в Календарном плане.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Заказчик задерживает предоставление материалов, доступов или согласование результатов этапа, сроки выполнения работ продлеваются на время задержки.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Стоимость работ и порядок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работ является твёрдой и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об НДС: ставка и сумма либо основание освобождения]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стоимость работ включены: вознаграждение за отчуждение исключительного права на Сайт,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итерации правок дизайн-макета, наполнение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страниц материалами Заказчика, перенос Сайта на хостинг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оплачивает: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аванс в размере 50 % стоимости работ — в течение 5 (пяти) рабочих дней с даты подписания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оставшиеся 50 % — в течение 5 (пяти) рабочих дней с даты подписания Итогового акта.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безналичным переводом на счёт Исполнителя, указанный в разделе 14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выполнить работы качественно, в соответствии с Техническим заданием и в сроки по Календарному плану;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запросу Заказчика информировать его о ходе работ;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в Сайте только сторонние компоненты (программы, шрифты, изображения), на использование которых у Заказчика будет законная лицензия, и перечислить их в Итоговом акте;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Заказчику исходный код, исходные файлы дизайна и все доступы, созданные при выполнении работ.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тексты, изображения, логотип, доступы и иные материалы, указанные в Техническом задании, в срок, установленный Календарным планом;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контактное лицо для согласования результатов: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[ФИО, телефон, e-mail]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и оплатить работы в порядке, установленном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гарантирует, что имеет права на материалы, переданные Исполнителю для размещения на Сайте.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Сдача и приёмка работ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каждого этапа Исполнитель передаёт Заказчику результат этапа (ссылку на тестовую версию или файлы) и акт сдачи-приёмки этапа.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 течение 5 (пяти) рабочих дней с даты получения результата подписывает акт или направляет мотивированный отказ с перечнем замечаний. Замечания должны соответствовать Техническому заданию.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устраняет обоснованные замечания в течение 5 (пяти) рабочих дней и повторно передаёт результат этапа.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срок, указанный в пункте 5.2, Заказчик не подписал акт и не направил мотивированный отказ, этап считается принятым без замечаний.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запуска Сайта Стороны подписывают Итоговый акт, в котором указываются переданные объекты, исходные материалы, доступы и перечень использованных сторонних компонентов с условиями их лицензий.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Интеллектуальные права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Исключительное право на Сайт и все созданные Исполнителем при выполнении работ результаты (программный код, базы данных, дизайн-макеты, графические элементы, тексты) переходит к Заказчику в полном объёме с момента подписания Итогового акта.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Вознаграждение за отчуждение исключительного права включено в стоимость работ.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гарантирует, что передаваемые результаты созданы им самостоятельно или его работниками в порядке выполнения служебных заданий, не нарушают прав третьих лиц, а авторы не будут предъявлять к Заказчику требований о вознаграждении.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Права на сторонние компоненты, указанные в Итоговом акте, Заказчику не передаются; Заказчик использует их на условиях соответствующих лицензий.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указывать Сайт и его изображения в своём портфолио. Иное использование результатов работ Исполнителем не допускается.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Домен, хостинг и доступы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Доменное имя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[доменное имя]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хостинг, учётная запись платформы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CMS или конструктора]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корпоративная почта и системы аналитики регистрируются на имя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Доступы, предоставленные Исполнителю для выполнения работ, Заказчик вправе изменить после подписания Итогового акта. Исполнитель не хранит копии паролей и персональных данных пользователей Сайта после завершения работ.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Гарантии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Гарантийный срок на Сайт составляет 3 (три) месяца с даты подписания Итогового акта.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гарантийного срока Исполнитель бесплатно устраняет ошибки в работе функций, предусмотренных Техническим заданием, в течение 5 (пяти) рабочих дней с даты получения заявки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Гарантия не распространяется на ошибки, вызванные изменениями в коде Сайта, внесёнными Заказчиком или третьими лицами, а также сбоями хостинга.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Конфиденциальность и персональные данные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 раскрывают третьим лицам сведения, полученные при исполнении Договора, кроме случаев, предусмотренных законом.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при выполнении работ Исполнитель получает доступ к персональным данным пользователей Сайта, он обрабатывает их только по поручению Заказчика, в объёме, необходимом для выполнения работ, и соблюдает требования Федерального закона от 27.07.2006 № 152-ФЗ «О персональных данных», включая размещение баз данных на территории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сроков выполнения работ Исполнитель уплачивает неустойку в размере 0,1 % от стоимости работ за каждый день просрочки, но не более 10 % от стоимости работ.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сроков оплаты Заказчик уплачивает неустойку в размере 0,1 % от неоплаченной суммы за каждый день просрочки, но не более 10 % от неоплаченной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при наступлении обстоятельств непреодолимой силы.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11. Изменение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Технического задания, сроков и стоимости оформляются дополнительным соглашением.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в любое время до сдачи результата отказаться от Договора, уплатив Исполнителю часть стоимости пропорционально выполненным работам и возместив убытки в пределах разницы между стоимостью работ и выплаченной частью (статья 717 Гражданского кодекса Российской Федерации). Результаты принятых этапов и права на них переходят к Заказчику после их оплаты.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отказаться от Договора, если Заказчик более 30 (тридцати) календарных дней не предоставляет материалы или не согласовывает результаты этапа, письменно предупредив об этом Заказчика.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12.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переговоров. Срок ответа на претензию — 10 (десять)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спор не урегулирован, он передаётся на рассмотрение в арбитражный суд по месту нахождения ответчика.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13.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признают юридическую силу документов, подписанных и переданных по электронной почте с адресов, указанных в разделе 14, а также через систему электронного документооборота. Оригиналы направляются по запросу Стороны.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Стороны.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14.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[e-mail]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[e-mail]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Техническое задание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разработку сайта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Раздел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Требования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Назначение и аудитория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[для чего нужен сайт, кто его посетители]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Структура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[перечень страниц и разделов, например: главная, о компании, услуги, цены, контакты]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Функции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[формы заявок, каталог, личный кабинет, онлайн-оплата, поиск]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Дизайн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[стилистика, фирменные цвета, примеры сайтов, количество итераций правок]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Адаптивность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Корректное отображение на компьютерах, планшетах и смартфонах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Платформа и хостинг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[CMS или конструктор, хостинг-провайдер]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Интеграции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[CRM, платёжный сервис, аналитика, мессенджеры]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Наполнение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 страниц, кто готовит тексты и изображения]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Требования к скорости и безопасности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Загрузка главной страницы не более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секунд, SSL-сертификат, резервное копирование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Материалы от Заказчика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[логотип, тексты, фото, доступы]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— передаются 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2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Календарный план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98"/>
        <w:gridCol w:w="2966"/>
        <w:gridCol w:w="4563"/>
        <w:gridCol w:w="1026"/>
      </w:tblGrid>
      <w:tr>
        <w:trPr>
          <w:cantSplit/>
        </w:trPr>
        <w:tc>
          <w:tcPr>
            <w:tcW w:type="dxa" w:w="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9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Этап</w:t>
            </w:r>
          </w:p>
        </w:tc>
        <w:tc>
          <w:tcPr>
            <w:tcW w:type="dxa" w:w="4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Результат</w:t>
            </w:r>
          </w:p>
        </w:tc>
        <w:tc>
          <w:tcPr>
            <w:tcW w:type="dxa" w:w="1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 (до)</w:t>
            </w:r>
          </w:p>
        </w:tc>
      </w:tr>
      <w:tr>
        <w:trPr>
          <w:cantSplit/>
        </w:trPr>
        <w:tc>
          <w:tcPr>
            <w:tcW w:type="dxa" w:w="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9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Прототип</w:t>
            </w:r>
          </w:p>
        </w:tc>
        <w:tc>
          <w:tcPr>
            <w:tcW w:type="dxa" w:w="4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Схема страниц и расположения блоков</w:t>
            </w:r>
          </w:p>
        </w:tc>
        <w:tc>
          <w:tcPr>
            <w:tcW w:type="dxa" w:w="1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9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Дизайн</w:t>
            </w:r>
          </w:p>
        </w:tc>
        <w:tc>
          <w:tcPr>
            <w:tcW w:type="dxa" w:w="4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Дизайн-макеты страниц для компьютера и смартфона</w:t>
            </w:r>
          </w:p>
        </w:tc>
        <w:tc>
          <w:tcPr>
            <w:tcW w:type="dxa" w:w="1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29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Вёрстка и программирование</w:t>
            </w:r>
          </w:p>
        </w:tc>
        <w:tc>
          <w:tcPr>
            <w:tcW w:type="dxa" w:w="4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Рабочая тестовая версия Сайта</w:t>
            </w:r>
          </w:p>
        </w:tc>
        <w:tc>
          <w:tcPr>
            <w:tcW w:type="dxa" w:w="1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29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Наполнение</w:t>
            </w:r>
          </w:p>
        </w:tc>
        <w:tc>
          <w:tcPr>
            <w:tcW w:type="dxa" w:w="4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Размещённые материалы Заказчика</w:t>
            </w:r>
          </w:p>
        </w:tc>
        <w:tc>
          <w:tcPr>
            <w:tcW w:type="dxa" w:w="1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79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296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Тестирование и запуск</w:t>
            </w:r>
          </w:p>
        </w:tc>
        <w:tc>
          <w:tcPr>
            <w:tcW w:type="dxa" w:w="45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Сайт на хостинге Заказчика, Итоговый акт</w:t>
            </w:r>
          </w:p>
        </w:tc>
        <w:tc>
          <w:tcPr>
            <w:tcW w:type="dxa" w:w="10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сайта с техническим заданием и календарным планом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